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4Sa/99/2017 z 19. 5. 2020</w:t>
      </w:r>
    </w:p>
    <w:p>
      <w:r>
        <w:t>Rozsudok Krajského súdu Bratislava z 19. mája 2020, sp. zn. 4Sa/99/2017, ECLI:SK:KSBA:2020:1017201974.2</w:t>
      </w:r>
    </w:p>
    <w:p>
      <w:r>
        <w:t>Súd: Krajský súd Bratislava</w:t>
      </w:r>
    </w:p>
    <w:p>
      <w:r>
        <w:t>Spisová značka: 4Sa/99/2017</w:t>
      </w:r>
    </w:p>
    <w:p>
      <w:r>
        <w:t>ECLI: ECLI:SK:KSBA:2020:1017201974.2</w:t>
      </w:r>
    </w:p>
    <w:p>
      <w:r>
        <w:t>Dátum vydania: 19. 5. 2020</w:t>
      </w:r>
    </w:p>
    <w:p>
      <w:r>
        <w:t>Forma: Rozsudok</w:t>
      </w:r>
    </w:p>
    <w:p>
      <w:r>
        <w:t>Oblasť práva: Správne právo</w:t>
      </w:r>
    </w:p>
    <w:p>
      <w:pPr>
        <w:pStyle w:val="Heading2"/>
      </w:pPr>
      <w:r>
        <w:t>Text rozhodnutia</w:t>
      </w:r>
    </w:p>
    <w:p>
      <w:r>
        <w:t>Súd: Krajský súd Bratislava Spisová značka: 4Sa/99/2017 Identifikačné číslo súdneho spisu: 1017201974 Dátum vydania rozhodnutia: 20. 05. 2020 Meno a priezvisko sudcu, VSÚ: JUDr. Ľubomír Šramko ECLI: ECLI:SK:KSBA:2020:1017201974.2 ROZSUDOK V MENE SLOVENSKEJ REPUBLIKY Krajský súd v Bratislave v konaní pred sudcom JUDr. Ľubomírom Šramkom v právnej veci žalobcu: J.. A. A., C. A. Na K. XX/A, A. proti žalovanému: Ústredie práce, sociálnych vecí a rodina so sídlom Špitálska 8, Bratislava o správnej žalobe žalobcu v sociálnych veciach zo dňa 28.11.2017 proti rozhodnutiu žalovaného č. : UPS/US1/SSVOPPKPC1/SOC/2017/11075 zo dňa 17.10.2017 takto r o z h o d o l : Krajský súd v Bratislave žalobu z a m i e t a . Žalobcovi n e p r i z n á v a právo na náhradu trov tohto konania. o d ô v o d n e n i e : 1. Napadnutým rozhodnutím č. : UPS/US1/SSVOPPKPC1/SOC/2017/11075 zo dňa 17.10.2017 (ďalej len „napadnuté rozhodnutie“) žalovaný s poukazom na § 17 ods. 1 zákona č. 447/2008 Z.z. o peňažných príspevkoch na kompenzáciu ťažkého zdravotného postihnutia a o zmene a doplnení niektorých zákonov platnom v čase vydania napadnutého rozhodnutia (ďalej len „zákon peňažných príspevkoch“) rozhodol tak, že odvolanie žalobcu voči rozhodnutiu Úradu práce, sociálnych vecí a rodiny Bratislava č.: BA5/ OPPNKŤZP/PČ_BA_IV_V/SOC/2017/1278899-Z z 10.7.2017 (ďalej len „prvostupňový správny orgán“, resp., „prvostupňové rozhodnutie“) zamietol a toto rozhodnutie potvrdil. Svoje rozhodnutie zdôvodnil tým, že i keď je žalobca osobou s ťažkým zdravotným postihnutím s mierou funkčnej poruchy 60 %, nie je odkázaný na individuálnu prepravu osobným motorovým vozidlom v zmysle § 14 ods. 6 zákona o peňažných náhradách z ktorého dôvodu nespĺňa predpoklady vyhotovenia parkovacieho preukazu podľa § 17 zákona o peňažných náhradách. V podrobnostiach poukázal na v konaní doložené lekárske vyšetrenia a vykonaný lekársky posudok zo 4.10.2017. 2. Proti tomuto rozhodnutiu podal žalobca v zákonnej lehote správnu žalobu zo dňa 28.11.2017, doručenú Krajskému súdu v Bratislave (ďalej len „súd“) 29.11.2017, ktorou sa domáhal preskúmania zákonnosti napadnutého rozhodnutia. Uviedol v nej, že žalovaný sa v napadnutom rozhodnutí nevysporiadal s lekárskym nálezom MUDr. M. Michalka z 25.7.2017 v ktorom tento špecialista neodporúča prepravu hromadnými prostriedkami. Následne žalobca do súdneho spisu založil lekárske správy: - MUDr. P. Michalka, PhD., pneumológ a ftizeológ z 8.12.2017 - kontrola (s Dg. záverom: bronchiálna astma ťažkého stupňa, alergická, na liečbe kontrolovaná čiastočne, v.s. zlá kontrola astmy aj ako extraintestinálny prejav Crohnovej choroby, medikamentózna liečba); - MUDr. J. Bartek, gastroenterológ z 29.11.2017 (Obj. - mobilný, eupnotický, bez ikteru, záver: M Crohn klinicky relaps); - MUDr. P. Michalka, PhD., pneumológa a ftizeológa z 9.5.2017 (s Dg. záverom: bronchiálna astma stredne ťažkého až ťažkého stupňa, alergická, nekontrolovaná, medikamentózna liečba); - MUDr. B. Kupková, imunológ, alergológ z 3.10.2016 (Dg. Astma bronchiale inhalačná, stredne ťažkého stupňa, zákaz pobytu v prašnom prostredí, s chemikáliami, výparmi, v peľovej sezóne obmedziť pohyb v prírode); - MUDr. T. Mičudová, neurológ z 12.10.2015 (odporúča zopakovať kúpeľnú liečbu, medikamentóznu liečbu pri bolesti, zopakovať vyšetrenia); - MUDr. P. Michalka, PhD. pneumológ a ftizeológ z 3.6.2017 (bronchiálna astma ťažkého stupňa, alergická, na liečbe kontrolovaná čiastočne); - MUDr. V. Sidorjak, gastroenterológ z 23.6.2017 - gastrofibroskopia; - MUDr. P. Šaffová, neurológ z 21.6.2017 (odporúča užívanie označeného lieku, šetrenie; - MUDr. P. Michalka, PhD., pneumológ a ftizeológ z 25.7.2017 (bronchiálna astma ťažkého stupňa, alergická, napriek liečbe nekontrolovaná resp. čiastočne, v.s. nekontrola astmy aj ako extraintestinálny prejav Crohnovej choroby, odporúča označenú medikamentóznu liečbu, vhodné aby sa pacient vyhýbal hromadným dopravným prostriedkom a miestam kde je kumulácia ľudí; - MUDr. B. Kupková, imunológ, alergológ z roku 2011; - MUDr. J. Bartek, gastroenterológ zo 4.10.2011; -MUDr. J. Rybár, chirurg z 28.5.2013 (klinický nález kolena); MUDr. N. Petrašovič, chirurg zo 4.6.2013 (klinický nález kolena). 3. Žalovaný navrhol vo svojom vyjadrení zo dňa 19.3.2018 k žalobe žalobu zamietnuť. Zotrval na správnosti a dôvodnosti napadnutého rozhodnutia. Poukázal pritom lekársky posudok zo 4.10.2017, vypracovaný Ústredím práce, sociálnych vecí a rodiny - MUDr. Ľubicou Kuchárovou, posudkovým lekárom, na ktorého závery bolo poukázané aj v napadnutom rozhodnutí (tvoril prílohu napadnutého rozhodnutia). Zdôraznil, že pri vypracovaní lekárskeho posudku posudkový lekár vychádzal z lekárskych nálezov, nachádzajúcich sa v spisovej dokumentácii ako aj doložených k odvolaniu žalobcu voči prvostupňovému rozhodnutiu. Prílohou tohto vyjadrenia k žalobe bolo aj osobitné písomné vyjadrenie posudkového lekára (MUDr. Ľubici Kuchárovej), ktorá z lekárskeho hľadiska reagovala na podanú žalobu. V celom rozsahu zotrvala na správnosti a dôvodnosti odborných záveroch, vyjadrených v tomto posudku. 4. Žalobca podaním z 21.8.2018 zotrval na žalobe, názor posudkového lekára (MUDr. Ľubici Kuchárovej) považoval za neodborný a jej konanie vyhodnotil ako „non lege artis“. Uviedol, že od 1.7.2018 boli novelou zákona o peňažných príspevkoch doplnené ďalšie diagnózy, pre ktoré sa má parkovací preukaz vydať - medzi nimi aj porucha imunity. 5. Žalovaný sa k vyjadreniu žalobcu z 21.8.2018 vyjadril podaním zo 14.1.2019. Uviedol, že napadnuté, ako aj prvostupňové rozhodnutie boli vydané pred uvedenou novelou, teda boli vydané v súlade s v tom čase platnou právnou úpravou. V ostatnom zotrval na svojich predchádzajúcich vyjadreniach. 7. Súd po oboznámení sa s obsahom žaloby a ďalších, vyššie uvedených písomností, ako aj po oboznámení sa s obsahom žalovaným pripojeného administratívneho spisu postupom podľa § 137 ods. 4 zák. č. 162/2015 Z.z. Správny súdny poriadok (ďalej len „SSP“) dospel k presvedčeniu, že žaloba nie je dôvodná a preto ju zamietol. 8. Z obsahu administratívneho spisu žalovaného súd o. i. zistil, že žalobca 11.10.2010 požiadal o vyhotovenie preukazu fyzickej osoby s ťažkým zdravotným postihnutím a parkovacieho preukazu (ďalej len „parkovací preukaz“). Prvostupňový správny orgán rozhodnutím č.: 2010/71728/PR/VS z 26.10.2010 žiadosti o vydanie parkovacieho preukazu nevyhovel (z dôvodu nesplnenia podmienok § 17 ods. 1 zákona o peňažných príspevkoch), rozhodnutím č.: 2010/71726/VS zt 26.10.2010 vyhovel žiadosti o vydanie preukazu fyzickej osoby s ťažkým zdravotným postihnutím. Žiadosťou z 12.10.2011 žalobca opätovne požiadal o vyhotovenie parkovacieho preukazu. Prvostupňový správny orgán rozhodnutím .: BA/2011/108660/R/19/Dul z 25.10.2011 opätovne žiadosti nevyhovel. O podanom odvolaní voči tomuto rozhodnutiu rozhodol žalovaný rozhodnutím č.: AA/2012/01966-NSVOC zo 16.1.2012 tak, že odvolanie zamietol a prvostupňové rozhodnutie potvrdil. Dňa 9.5.2017 žalobca opätovne požiadal o vyhotovenie parkovacieho preukazu. K žiadosti pripojil lekárske správy MUDr. B. Kupkovej, imunológa, alergológa z 2.12.2016 a z 8.10.2016 a MUDr. P. Michalka, PhD., pneumológa a ftizeológa z 9.5.2017. Následne bol 8.6.2017 vyzvaný na doloženie aktuálneho lekárskeho nálezu od odborného lekára - gastroenterologické vyšetrenie M. Crohn v lehote 10 dní od doručenia výzvy. Dňa 23.6.2017 boli do spisu založené lekárske správy MUDr. P. Michalka, pneumológa a ftizeológa z 13.6.2017, MUDr. V. Sidorjaka, gastroenterológa z 23.6.2017 a MUDr. P. Šaffovej, neurológa z 21.6.2017. Dňa 27.6.2017 bol zdravotný stav žalobcu posúdený posudkovým lekárom Úradu práce, sociálnych vecí a rodiny Bratislava s tým, že bolo potvrdené ochorenie žalobcu - Astma bronchiale - ťažký stupeň s mierou funkčnej poruchy: 60%. Následne prvostupňový správny orgán vydal rozhodnutie č.. BA5/OPPNKŤZP/ PČ-BA-IV-V/SOC/2017/127889-5 z 10.7.2017, ktorým žiadosti o vyhotovenie parkovacieho preukazu nevyhovel, nakoľko neboli naplnené predpoklady jeho vydania v zmysle § 17 ods. 1 zákona o peňažných príspevkoch. Voči tomuto rozhodnutiu podal žalobca odvolanie z 31.7.2017. Okrem iného v ňom poukázal na lekársku správu MUDr. P. Michalka, PhD. z 25.7.2017 a MUDr. D. Halmovej z 24.7.2017. Dňa 4.10.2017 bol posudkovým lekárom Úradu práce, sociálnych vecí a rodiny vypracovaný lekársky posudok, v rámci ktorého vzaté do úvahy aj aktuálné lekárske správy, predložené žalobcom k podanému odvolaniu: - reumatológa MUDr. D. Halmovej z 24.7. a 19.9.2017; - pneumológa MUDr. Michalka, PhD. z 25.7.2017; -FRO vyšetrenie MUDr. S. Lietavová z 26.9.2017; - GE vyšetrenie MUDr. J. Barteka z 28.9.2017; - imunoalergológa MUDr. Š. Šauša, PhD. z 29.9.2017. Následne žalovaný vydal napadnuté rozhodnutie. Podľa § 17 ods. 1 zákona o peňažných príspevkoch: Fyzickej osobe s ťažkým zdravotným postihnutím, ktorá je odkázaná podľa posudku na individuálnu prepravu osobným motorovým vozidlom podľa § 14 ods. 6 alebo má praktickú slepotu alebo úplnú slepotu oboch očí, vyhotoví príslušný orgán parkovací preukaz na základe právoplatného rozhodnutia o parkovacom preukaze. Podľa § 14 ods. 6 zákona o peňažných príspevkoch: Fyzická osoba s ťažkým zdravotným postihnutím je odkázaná na individuálnu prepravu osobným motorovým vozidlom, ak nie je schopná na rovnakom základe s ostatnými fyzickými osobami a pri rešpektovaní jej prirodzenej dôstojnosti a) premiestniť sa k vozidlu verejnej hromadnej dopravy osôb a k prostriedku železničnej dopravy a späť, b) nastupovať do vozidla verejnej hromadnej dopravy osôb a do prostriedku železničnej dopravy, udržať sa v ňom počas jazdy a vystupovať z vozidla verejnej hromadnej dopravy osôb a z prostriedku železničnej dopravy alebo c)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ťažkej poruchy sfinkterov alebo cystickej fibrózy s pľúcnymi a gastrointestinálnymi prejavmi. Podľa § 199 ods. 3 SSP: Ak nie je v tejto hlave ustanovené inak, použijú sa na konanie v sociálnych veciach ustanovenia o konaní o všeobecnej správnej žalobe. Podľa § 190 SSP: Ak správny súd po preskúmaní rozhodnutia alebo opatrenia žalovaného dospeje k záveru, že žaloba nie je dôvodná, rozsudkom ju zamietne. Súd preskúmal napadnuté rozhodnutie odporcu v rozsahu podanej žaloby: 9. K námietke, podľa ktorej sa žalovaný nevyrovnal s odporučením odborného lekára MUDr. Michalka, PhD.: Podľa názoru súdu táto námietka nie je dôvodná. Neoddeliteľnou prílohou napadnutého rozhodnutia je lekársky posudok posudkového lekára žalovaného zo 4.10.2017 (na základe ktorého bolo napadnuté rozhodnutie vydané), pri vypracovaní ktorého bolo vzaté do úvahy aj vyšetrenie vyššie označeného lekára. Závery tohto posudku (body I. a II.) vychádzali z komplexného posúdenia všetkých dostupných a predložených lekárskych správ a nálezov, relevantných pre posúdenie miery zdravotného postihnutia žalobcu a jeho prípadnej odkázanosti na individuálnu prepravu osobným motorovým vozidlom. Teda aj zo správy MUDr. Michalka, PhD. z 25.7.2017. Súd poznamenáva, že žalovaný pri vydaní rozhodnutia - v danom prípade v konaní o vyhotovenie parkovacieho preukazu nemôže rozhodovať svojvoľne, ale je viazaný lekárskym posudkom (§ 17 ods. 1 zákona o peňažných príspevkoch). 9.1. Je nepochybnou skutočnosť, že žalobca je podľa tohto lekárskeho posudku fyzickou osobou s ťažkým zdravotným postihnutím , ktorého miera funkčnej poruchy je 60%. Avšak iba táto skutočnosť v zmysle zákona o peňažných príspevkoch samo o sebe neznamená, že automaticky sú splnené predpoklady pre vyhotovenie parkovacieho preukazu. 9.2. Predpoklady vyhotovenia parkovacieho preukazu sú jednoznačne stanovené v ust. § 17 ods. 1 zákona o peňažných príspevkoch s odkazom na ust. § 14 ods. 6 tohto zákona. Prvú podmienku vydania parkovacieho preukazu (ťažké zdravotné postihnutie) žalobca spĺňa. Avšak ďalšiu podmienku, ktorá musí byť splnená súčasne (odkázanosť podľa posudku na individuálnu prepravu osobným motorovým vozidlom podľa § 14 ods. 6, resp. praktická slepotu alebo úplná slepotu oboch očí), žalobca nespĺňa. Táto skutočnosť vyplýva jednak z lekárskeho posudku zo 4.10.2017, ako aj z lekárskych správ, nálezov, predložených žalobcom žalovanému, resp. aj súdu. Ako to vyplýva zo znenia § 14 ods. 6 zákona o peňažných príspevkoch, pre vydanie parkovacieho preukazu musí súčasne objektívne existovať niektoré zo zdravotných obmedzení, uvedených v citovanom zákonnom ustanovení. Ako to je zjavné z lekárskeho posudku zo 4.10.2017, ako aj z lekárskych správ predložených žalobcom, na žiadnom z týchto dokumentov nie je diagnostikované obmedzenie či obmedzenia, ktoré by bolo možné subsumovať pod výpočet predpokladov podľa § 14 ods. 6 zákona o peňažných príspevkoch. Odhliadnuc od skutočnosti, že odporučenie MUDr. P. Michalka, PhD. z 25.7.2017 (na ktoré žalobca poukazuje) nie je náležite odôvodnené, iba samotná jeho existencia podľa názoru súdu nemôže byť dôvodom na vyhotovenie parkovacieho preukazu. Je tomu tak preto, lebo (ako to bolo vyššie uvedené) zdravotný stav resp. postihnutie žalobcu objektívne nekorešponduje s predpokladmi vyhotovenia parkovacieho preukazu - konkrétne v zmysle § 14 ods. 6 zákona o peňažných príspevkoch. Súd teda opakovane zdôrazňuje, že akékoľvek odporučenie odborného lekára, ktoré nie je súladné s predpokladmi § 14 ods. 6 zákona o peňažných príspevkoch nemôže byť dôvodom pre vyhotovenie parkovacieho preukazu. 10. K námietke, podľa ktorej posudkový lekár žalovaného vyhotovil lekársky posudok neprofesionálne a nie je lege artis: Ani túto námietku súd nevyhodnotil ako dôvodnú. Lekársky posudok zo 4.10.2017 obsahuje všetky potrebné náležitosti § 11 zákona o peňažných príspevkoch a bol vypracovaný postupom, upraveným v tomto zákonnom ustanovení. Naviac tiež v zmysle § 63 zákona o peňažných príspevkoch na túto činnosť kvalifikovaným lekárom. 11. Pretože žalobca v rámci konania o vyhotovenie parkovacieho preukazu nepreukázal existenciu zákonného dôvodu jeho vyhotovenia v zmysle § 14 ods. 6 zákona o peňažných príspevkoch, pretože žalovaný rozhodol správne a v súlade so zákonom o peňažných príspevkoch, súd žalobu vyhodnotil ako nedôvodnú a preto ju zamietol. 12. O trovách žalobcu súd rozhodol za použitia ust. § 167 SSP s poukazom na výsledok konania. Poučenie: Doručený rozsudok je právoplatný.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https://www.kauzis.sk/judikatura/r/ECLI:SK:KSBA:2020:1017201974.2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