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5S/91/2018 z 20. 7. 2020</w:t>
      </w:r>
    </w:p>
    <w:p>
      <w:r>
        <w:t>Uznesenie Krajského súdu Bratislava z 20. júla 2020, sp. zn. 5S/91/2018, ECLI:SK:KSBA:2020:1018200861.2</w:t>
      </w:r>
    </w:p>
    <w:p>
      <w:r>
        <w:t>Súd: Krajský súd Bratislava</w:t>
      </w:r>
    </w:p>
    <w:p>
      <w:r>
        <w:t>Spisová značka: 5S/91/2018</w:t>
      </w:r>
    </w:p>
    <w:p>
      <w:r>
        <w:t>ECLI: ECLI:SK:KSBA:2020:1018200861.2</w:t>
      </w:r>
    </w:p>
    <w:p>
      <w:r>
        <w:t>Dátum vydania: 20. 7.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5S/91/2018 Identifikačné číslo súdneho spisu: 1018200861 Dátum vydania rozhodnutia: 21. 07. 2020 Meno a priezvisko sudcu, VSÚ: JUDr. Anna Peťovská PhD. ECLI: ECLI:SK:KSBA:2020:1018200861.2 Uznesenie Krajský súd v Bratislave v právnej veci žalobcu: D.. J. O., bytom X. XXX/X, XXX XX B., právne zastúpený: Advokátska kancelária Pacalaj, Palla &amp; partneri, s.r.o., so sídlom Námestie SNP 3, 917 01 Trnava, IČO: 36 857 548, proti žalovanému: Dopravný úrad, Letisko M. R. Štefánika, 823 05 Bratislava, IČO: 42 355 826, v konaní o preskúmanie zákonnosti rozhodnutia žalovaného č. 10379/2018/PKŠOD-2-10379 zo dňa 20.04.2018, o oprave rozsudku Krajského súdu v Bratislave, č.k. 5S 91/2018-53 zo dňa 14.01.2020, takto r o z h o d o l : I. Krajský súd v Bratislave o p r a v u j e záhlavie a výrok rozsudku Krajského súdu v Bratislave č. k. 5S/91/2018-53 zo dňa 14.01.2020: - v časti označenia čísla preskúmavaného rozhodnutia žalovaného z nesprávne uvedeného „č. 10379/2018/PKŠOB-2-10379“ tak, že správne označenie čísla je „č. 10379/2018/PKŠOD-2-10379“. II. Vo zvyšku zostáva rozsudok Krajského súdu v Bratislave č. k. 5S/91/2018-53 zo dňa 14.01.2020 nezmenený. o d ô v o d n e n i e : 1. Pri vyhotovovaní rozsudku Krajského súdu v Bratislave (ďalej aj ako „správny súd) zo dňa 14.01.2020 došlo k zrejmej nesprávnosti spočívajúcej v chybe pri písaní, keď správny súd v jeho záhlaví a vo výroku predmetného rozsudku neuviedol správne označenie čísla napadnutého (preskúmavaného) rozhodnutia žalovaného. Správny súd v záhlaví rozsudku, ako aj v jeho výroku, chybne uviedol číslo napadnutého rozhodnutia žalovaného „č. 10379/2018/PKŠOB-2-10379“, hoci správne znenie označenia čísla napadnutého rozhodnutia žalovaného je „č. 10379/2018/PKŠOD-2-10379“. 2. Podľa § 143 zákona č. 162/2015 Z. z. Správny súdny poriadok (ďalej len ako „SSP“), správny súd kedykoľvek aj bez návrhu opraví v rozsudku chyby v písaní a počítaní, ako aj iné zrejmé nesprávnosti. O oprave vydá opravné uznesenie, ktoré doručí osobám uvedeným v § 142 ods. 1. 3. Podľa ust. § 147 ods. 2 SSP, ak nie je ďalej ustanovené inak, použijú sa na uznesenie primerane ustanovenia o rozsudku vrátane ustanovenia § 139 ods. 4 a § 141. 4. Vzhľadom na zrejmú nesprávnosť spočívajúcu v chybách pri písaní v úvodnej časti a vo výroku rozsudku Krajského súdu v Bratislave č. k. 5S/91/2018-53 zo dňa 14.01.2020 v časti týkajúcej sa označenia čísla napadnutého rozhodnutia žalovaného, ktoré bolo predmetom súdneho prieskumu, správny súd v súlade s ust. § 143 SSP rozhodol tak, ako je uvedené vo výrokovej časti tohto uznesenia. 5. Toto rozhodnutie senát Krajského súdu v Bratislave prijal pomerom hlasov 3 : 0 (§ 139 ods. 4 v spojení s § 147 ods. 2 SSP).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https://www.kauzis.sk/judikatura/r/ECLI:SK:KSBA:2020:1018200861.2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