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2S/153/2018 z 20. 10. 2020</w:t>
      </w:r>
    </w:p>
    <w:p>
      <w:r>
        <w:t>Rozsudok Krajského súdu Bratislava z 20. októbra 2020, sp. zn. 2S/153/2018, ECLI:SK:KSBA:2020:1018201331.1</w:t>
      </w:r>
    </w:p>
    <w:p>
      <w:r>
        <w:t>Súd: Krajský súd Bratislava</w:t>
      </w:r>
    </w:p>
    <w:p>
      <w:r>
        <w:t>Spisová značka: 2S/153/2018</w:t>
      </w:r>
    </w:p>
    <w:p>
      <w:r>
        <w:t>ECLI: ECLI:SK:KSBA:2020:1018201331.1</w:t>
      </w:r>
    </w:p>
    <w:p>
      <w:r>
        <w:t>Dátum vydania: 20. 10. 2020</w:t>
      </w:r>
    </w:p>
    <w:p>
      <w:r>
        <w:t>Forma: Rozsudok</w:t>
      </w:r>
    </w:p>
    <w:p>
      <w:r>
        <w:t>Oblasť práva: Správne právo</w:t>
      </w:r>
    </w:p>
    <w:p>
      <w:pPr>
        <w:pStyle w:val="Heading2"/>
      </w:pPr>
      <w:r>
        <w:t>Text rozhodnutia</w:t>
      </w:r>
    </w:p>
    <w:p>
      <w:r>
        <w:t>Súd: Krajský súd Bratislava Spisová značka: 2S/153/2018 Identifikačné číslo súdneho spisu: 1018201331 Dátum vydania rozhodnutia: 21. 10. 2020 Meno a priezvisko sudcu, VSÚ: JUDr. Jeannette Hajdinová ECLI: ECLI:SK:KSBA:2020:1018201331.1 ROZSUDOK V MENE SLOVENSKEJ REPUBLIKY Krajský súd v Bratislave v senáte zloženom z predsedníčky senátu JUDr. Jeannette Hajdinovej a členov senátu JUDr. Michala Dzurdzíka, PhD., a JUDr. Renáty Janákovej v právnej veci žalobcu: LOJECT 4 s.r.o., IČO: 45476691, so sídlom v Bratislave, Šoltésovej 2, zastúpeného advokátom JUDr. Milanom Škultétym, so sídlom v Bratislave, Hlaváčikova 43, proti žalovanému: Finančné riaditeľstvo Slovenskej republiky, so sídlom v Banskej Bystrici, Lazovná 63, o preskúmanie zákonnosti opatrenia žalovaného č. 101602608/2018 zo dňa 17.8.2018, jednohlasne, takto r o z h o d o l : Krajský súd v Bratislave opatrenie žalovaného Finančného riaditeľstva Slovenskej republiky č. 101602608/2018 zo dňa 17.8.2018 spolu s opatrením Daňového úradu Bratislava č. 101197693/2018 zo dňa 20.6.2018 z r u š u j e a vec v r a c i a orgánu verejnej správy prvého stupňa na ďalšie konanie. Žalobcovi sa p r i z n á v a voči žalovanému právo na úplnú náhradu trov konania. o d ô v o d n e n i e : I. Priebeh administratívneho konania 1. Daňový úrad Bratislava rozhodnutím č. 100487545/2018 zo dňa 5.3.2018 určil žalobcovi súčet medzi nadmerným odpočtom priznaným vo vyrubovacom konaní a vyrubenou daňou po daňovej kontrole v sume 126.217,50 € za zdaňovacie obdobie jún 2011. Rozhodnutie nadobudlo právoplatnosť dňa 14.12.2016 a zákonná lehota na vrátenie nadmerného odpočtu uplynula dňa 21.3.2018; nadmerný odpočet v sume 126.217,50 € bol žalobcovi vrátený dňa 22.3.2018. 2. Žalobca podaním zo dňa 25.4.2018 požiadal o vydanie rozhodnutia o priznaní úroku z preplatku na dani z pridanej hodnoty za zdaňovacie obdobie jún 2011. 3. Daňový úrad Bratislava opatrením nazvaným „oznámenie“ č. 101197693/2018 zo dňa 20.6.2018 žalobcovi oznámil, že mu neprizná úrok za obdobie od 26.9.2011 do 22.3.2018, pretože zákon č. 563/2009 Z.z. o správe daní (daňový poriadok) a o zmene a doplnení niektorých zákonov v znení neskorších predpisov (ďalej len DP alebo Daňový poriadok) ani zákon č. 222/2004 Z.z. o dani z pridanej hodnoty v znení neskorších predpisov (ďalej len zákon č. 222/2004 Z.z.) neupravujú priznanie úroku za dobu vykonávania daňovej kontroly, ktorá bola ukončená do 31.12.2016. Úrok podľa § 79 ods. 3 DP správca dane prizná rozhodnutím len v prípade, ak sú na to splnené zákonné podmienky. Zo znenia § 79 ods. 6 zákona č. 222/2004 Z.z. nevyplýva platiteľovi dane nárok na kompenzáciu finančnej straty počas kontroly, ktorá začala v lehote na vrátenie nadmerného dopočtu. Až za nedodržanie 10-dňovej lehoty vyplývajúcej z § 79 ods. 6 zákona č. 222/2004 Z.z. prizná správca dane úrok za každý deň omeškania. Keďže Daňový úrad Bratislava pri vyplatení nadmerného odpočtu postupoval v súlade s citovaným ustanovením, nie je možné priznať úrok za obdobie od 26.9.2011 do 22.3.2018 4. Žalobca sa proti oznámeniu Daňového úradu Bratislava č. 101197693/2018 zo dňa 20.6.2018 odvolal a navrhol, aby žalovaný zmenil oznámenie tak, že jeho výzve vyhovie a prizná mu podľa § 79 ods. 3 DP úrok za oneskorené vrátenie nadmerného odpočtu za mesiac jún 2011 zo sumy 126.217,50 € vypočítaný vo výške ročnej úrokovej sadzby 10% za obdobie od 26.9.2011 do 22.3.2018. 5. Daňový úrad Bratislava žalobcovi podaním č. 101268249/2018 zo dňa 3.7.2018 žalobcovi oznámil, že v zmysle Daňového poriadku je odvolanie voči oznámeniu neprípustné, pretože podľa § 72 ods. 1 ho možno podať len voči rozhodnutiu. 6. Žalobca vyzval žalovaného na prijatie opatrenia proti nečinnosti Daňového úradu Bratislava vo veci jeho odvolania voči oznámeniu č. 101197693/2018 zo dňa 20.6.2018. Poukázal na to, že oznámenie sa týka jeho subjektívnych práv, preto ho možno považovať za rozhodnutie podliehajúce prieskumu v odvolacom konaní aj súdnom konaní. 7. Žalovaný napadnutým opatrením označeným ako „výzva na prijatie opatrenia proti nečinnosti - oznámenie“ č. 101602608/2018 zo dňa 17.8.2018 žalobcovi oznámil, že vydané oznámenie Daňového úradu Bratislava č. 101197693/2018 zo dňa 20.6.2018 nie je vydané v rozpore s § 72 a § 73 DP, pričom náhrada za zadržanie nadmerného odpočtu počas daňovej kontroly podľa § 79a zákona č. 222/2004 Z.z. sa môže priznávať až od 1.1.2017. Žalovaný je odvolacím orgánom a nemôže konať namiesto správcu dane, lebo to povaha veci vylučuje, a preto sám nerozhodol o priznaní úrokov ako náhrady za zadržanie nadmerného odpočtu dane. II. Žaloba 8. Žalobca sa včas podanou žalobou domáhal preskúmania zákonnosti opatrenia žalovaného č. 101602608/2018 zo dňa 17.8.2018, jeho zrušenia spolu s opatrením Daňového úradu Bratislava č. 101197693/2018 zo dňa 20.6.2018 a vrátenia veci orgánu verejnej správy prvého stupňa na ďalšie konanie; uplatnil si nárok na náhradu trov konania. Podľa jeho názoru sú obe oznámenia rozhodnutiami, ktoré zasahujú do jeho práv a právom chránených záujmov ohľadom práva na úroky zo zadržiavaného nadmerného odpočtu, preto podliehajú súdnemu prieskumu. Považuje ich za nezákonné, nezrozumiteľné, neodôvodnené a založené na nesprávnom právnom posúdení veci. 9. Namietal, že daňové orgány podľa aplikovateľnej judikatúry a požiadaviek úniového práva mu mali priznať úrok za obdobie odo dňa plynutia všeobecnej lehoty na vrátenie nadmerného odpočtu (26.9.2011) do dňa faktického vrátenia nadmerného odpočtu (22.3.2018), spolu za 2366 dní, podľa § 79 ods. 3 DP. Dôvodom pre skorší začiatok plynutia lehoty je, že ho vyžaduje úniová úprava, keďže vnútroštátna úprava je v rozpore s právom únie, ktoré je preto potrebné použiť prednostne. 10. V zmysle čl. 183 Smernice Rady 2006/112/ES z 28.11.2006 o spoločnom systéme dane z pridanej hodnoty (ďalej len smernice 2006/112ES) platiteľ má nárok na vrátenie nadmerného odpočtu - právny poriadok členského štátu má určiť buď podmienky jeho prenesenia do nasledujúceho zdaňovacieho obdobia alebo podmienky jeho vrátenia. Citovaný článok smernice 2006/112/ES bol predmetom výkladu Súdneho dvora EÚ vo veciach C-107/10 (Enel Maritsa Iztok 3), C-120/15 (Kovozber), z ktorých vyplýva záver o priznaní úrokov zo súm zadržaných nadmerných odpočtov DPH od uplynutia všeobecných lehôt na vrátenie odpočtov až do dňa vrátenia zadržiavaných súm nadmerných odpočtov. Tento záver sa opiera predovšetkým o zásadu neutrality DPH, v zmysle ktorej kontrola dane vykonaná orgánmi štátu, spojená so zadržaním oprávneného nadmerného odpočtu, nesmie byť kontrolovanému daňovému subjektu na ujmu bez primeranej kompenzácie. Ak správca dane preskúmava oprávnenosť nadmerného odpočtu neprimerane dlho a/alebo pochybí a nadmerný odpočet zníži a táto nezákonnosť sa potvrdí v následných konaniach, tak čo do podstaty veci vyvolá rovnaký stav aký predvída § 79 ods. 3 DP: dostal sa teda do omeškania s úhradou nadmerného odpočtu na úkor platiteľa dane. Daňové orgány mali a mohli zohľadniť požiadavky úniového práva a uvedený eurokonformný výklad vnútroštátneho práva, pretože má prednosť pred vnútroštátnym právom. 11. Poukázal aj na rozsudky Krajského súdu v Trenčíne sp. zn. 13S/1/2017, Krajského súdu v Trnave sp. zn. 20S/11/2015, Krajského súdu v Prešove sp. zn. 5S/21/2016 a Najvyššieho súdu SR sp. zn. 1Sžf/96/2015, sp. zn. 8Sžf/114/2014, 4Sžf/57/2016. 12. Dodal, že ustanovenie § 79a DP účinné od 1.1.2017 upravuje kompenzáciu (úrok) zo zadržaného nadmerného odpočtu počas daňovej kontroly, ktoré sa považuje za primeranú po dobu šiestich mesiacov (úroková sadzba 1,5% ročne). Vzhľadom na prechodné ustanovenie však túto úpravu nemožno použiť v prípadoch, kedy daňová kontrola bola skončená pred 1.1.2017 (čo je aj situácia žalobcu). Obdobná situácia vznikala aj v Českej republike, kde sa súdy s novelou vysporiadali tak, že v prípadoch, kedy uplynula primeraná lehota daňovej kontroly pred zmenou zákona, daňové orgány majú postupovať podľa rozhodnutie Najvyššieho správneho súdu ČR č. k. 7 Aps 3/2013-34 zo dňa 25.8.2014. 13. Hoci oznámenie správcu dane sa považuje za rozhodnutie, nemožno opomenúť absenciu zákonných náležitostí rozhodnutia podľa § 63 DP, t.j. výrok, odôvodnenie, poučenie o opravnom prostriedku, označenie orgánu, ktoré rozhodnutie vydal, číslo a dátum rozhodnutia, identifikačné údaje osoby, o ktorej právach a povinnostiach sa rozhodovalo, vlastnoručný podpis zamestnanca žalovaného alebo správcu dane (meno, priezvisko, funkcia) a odtlačok úradnej pečiatky. Oznámenia tieto náležitosti neobsahujú. III. Vyjadrenie žalovaného 14. Žalovaný v písomnom vyjadrení navrhol žalobu žalobcu zamietnuť. Zopakoval, že Daňový úrad Bratislava vykonal u žalobcu kontrolu oprávnenosti vrátenia nadmerného odpočtu za zdaňovacie obdobie jún 2011, ktorá bola ukončená dňa 16.2.2012. Výsledkom kontroly bolo neuznanie a nevrátenie vykázaného nadmerného odpočtu v sume 126.217,50 €; nadmerný odpočet bol žalobcovi vrátený až na základe rozsudku Najvyššieho súdu SR sp. zn. 3Sžf/14/2016 zo dňa 23.11.2017 v spojení s rozsudkom Krajského súdu v Bratislave č.k. 1S/252/2013-187 zo dňa 14.1.2016. Správca dane v súlade s § 79 ods. 6 zákona č. 222/2004 Z.z. nepriznal žalobcovi úrok z preplatku na DPH za zdaňovacie obdobie jún 2011 za obdobie od 26.9.2011 do 22.3.2018, keďže do 31.12.2016 neexistovala právna úprava priznania náhrady za zadržiavaný nadmerný odpočet DPH za dobu vykonania daňovej kontroly. Náhrada za zadržanie nadmerného odpočtu počas daňovej kontroly v zmysle § 79a zákona č. 222/2004 Z.z. platí od 1.1.2017. Správca dane posúdil žiadosť žalobcu podľa obsahu ako žiadosť o vyplatenie kompenzačného úroku. V právnom poriadku SR sa má prednostne aplikovať právo EÚ, no zároveň sú daňové orgány povinné postupovať v zmysle zásady zákonnosti vyplývajúcej z § 3 DP. 15. Smernica 2006/112/ES, ktorá bola transponovaný do zákona č. 222/2004 Z.z., neustanovuje konkrétne podmienky vrátenia nadmerného odpočtu a neupravuje ani to, či a za akých podmienok platiteľovi dane patrí nárok na úrok z omeškania v prípade, ak je daňový úrad v omeškaní s vrátením nadmerného odpočtu. Členské štáty môže konkrétne podmienky upraviť vo svojom vnútroštátnom právnom poriadku, musia však dodržiavať základné zásady fungovania systému DPH (zásadu neutrality, zásadu proporcionality). 16. Súdny dvor EÚ vo svojej judikatúre poukazuje na primeranú lehotu, po uplynutí ktorej vzniká právo daňového subjektu na vyplatenie úrokov z omeškania.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finančnými prostriedkami, boli kompenzované zaplatením úrokov z omeškania. Práve z dôvodu, že priznanie úrokov z omeškania nebolo do 31.12.2016 v Slovenskej republike legislatívne upravené, bolo novelou zákona č. 222/2004 Z.z. realizovanou zákonom č. 297/2016 Z.z., účinnou od 1.1.2017, zavedené nové ustanovenie § 79a nazvané „náhrada za zadržanie nadmerného odpočtu počas daňovej kontroly“. Zavedeniu tohto systému predchádzala rozsiahla diskusia, ktorá vychádzala z rozsudkov Súdneho dvora EÚ; Súdny dvor EÚ v rozsudkoch vo veciach C-120/15, C-107/10, C-431/12, C-254/16 konštatoval, že spoločnosť má nárok na priznanie kompenzačného úroku s vrátením nadmerného odpočtu DPH až po uplynutí primeranej lehoty a nie všeobecnej lehoty na vrátenie nadmerného odpočtu, ako tvrdí žalobca. 17. Z čl. 183 Smernice 2006/112/ES vyplýva, že ak vznikne nadmerný odpočet, členské štáty ho môžu preniesť do nasledujúceho obdobia alebo ho vrátiť v súlade s podmienkami, ktoré stanoviska vo vnútroštátnej právnej úprave DPH.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vypočítať a vybrať dlžnú daň. Lehota na vrátenie nadmerného odpočtu DPH môže byť v zásade predĺžená na účely vykonania daňovej kontroly bez toho, aby ju bolo nutné považovať za neprimeranú, ak toto predĺženie neprekračuje medze toho, čo je nevyhnutné na riadne vykonanie daňovej kontroly (C-107/10, C-120/15). Len v prípade, keď dôjde k vráteniu nadmerného odpočtu DPH zdaniteľnej osobe po uplynutí primeranej lehoty, zásada neutrality daňového systému DPH vyžaduje, aby takto generované straty na ujmu zdaniteľnej osoby, ktoré vyplývajú z nemožnosti disponovať s finančnými prostriedkami, boli kompenzované zaplatením úrokov z omeškania (C-431/12, C-654/13, C-120/15, C-254/16). Preto sa nestotožňuje s názorom žalobcu, že mu má priznať úroky z omeškania už od momentu, kedy mal povinnosť nadmerný odpočet DPH vrátiť vo všeobecnej lehote, t.j. bez ohľadu na uskutočnenie daňovej kontroly. V zmysle prechodného ustanovenia § 85ke zákona č. 222/2004 Z.z. sa na prípad žalobcu nepoužije ustanovenie § 79a tohto zákona. V prípade priznania úroku z omeškania by bol správca dane povinný vydať rozhodnutie obsahujúce zákonné náležitosti (výrok, odôvodnenie, poučenie o opravnom prostriedku). IV. Verejné vyhlásenie rozsudku 18. Krajský súd v Bratislave ako súd vecne a miestne príslušný podľa § 10, § 13 ods. 1 zákona č. 162/2015 Z.z. Správny súdny poriadok v znení neskorších predpisov (ďalej len SSP) rozhodol vo veci bez nariadenia pojednávania rozsudkom, ktorý verejne vyhlásil dňa 21.10.2020 s tým, že oznámil miesto a čas verejného vyhlásenia rozsudku na úradnej tabuli súdu a na webovej stránke v lehote piatich dní pred jeho vyhlásením podľa § 137 ods. 4 SSP. Žalobca v žalobe nežiadal nariadenie pojednávania a žalovaný sa v prvom úkone urobenom voči správnemu súdu výslovne nevyjadril, že žiada na prejednanie veci nariadiť pojednávanie. 19.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Daňového poriadku a zákona č. 222/2004 Z.z., preto aj v tomto konaní možno postupovať podľa záverov ESĽP vyjadrených vo vyššie citovaných rozhodnutiach a vo veci rozhodnúť bez nariadenia pojednávania. V. Relevantné právne predpisy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22. Podľa článku 183 smernice 2006/112/ES ak za dané zdaňovacie obdobie výška odpočítanej dane prevyšuje výšku splatnej DPH, členské štáty môžu rozdiel buď preniesť do nasledujúceho obdobia, alebo ho vrátiť v súlade s podmienkami, ktoré určia. 23. Podľa § 79 ods. 1 zákona č. 222/2004 Z.z. v znení účinnom do 31.12.2016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 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24. Podľa § 79 ods. 2 zákona č. 222/2004 Z.z. v znení účinnom do 31.12.2016 daňový úrad vráti nadmerný odpočet do 30 dní od uplynutia lehoty na podanie daňového priznania za zdaňovacie obdobie, v ktorom nadmerný odpočet vznikol, ak zdaňovacím obdobím platiteľa je kalendárny mesiac (písm. a/), platiteľ bol platiteľom najmenej 12 kalendárnych mesiacov pred skončením kalendárneho mesiaca, v ktorom nadmerný odpočet vznikol (písm. b/), a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v súhrne viac ako 1 000 eur (písm. c/). 25. Podľa § 79 ods. 5 zákona č. 222/2004 Z.z. v znení účinnom do 31.12.2016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platiteľ zvýši nadmerný odpočet dodatočným daňovým priznaním, daňový úrad vráti sumu, o ktorú sa zvýšil nadmerný odpočet, do 30 dní od podania dodatočného daňového priznania. Ak v lehote na vrátenie nadmerného odpočtu je zaslaná výzva na odstránenie nedostatkov v podanom dodatočnom daňovom priznaní alebo na odstránenie nedostatkov v podanom dodatočnom kontrolnom výkaze, lehota na vrátenie nadmerného odpočtu neplynie odo dňa doručenia výzvy až do dňa odstránenia nedostatkov. 26. Podľa § 79 ods. 6 zákona č. 222/2004 Z.z. v znení účinnom do 31.12.2016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27. Podľa § 79a ods. 1, ods. 2 zákona č. 222/2004 Z.z. v znení účinnom od 1.1.2017 ak daňový úrad začal daňovú kontrolu v lehote na vrátenie nadmerného odpočtu podľa § 79 ods. 1, 2 alebo ods. 5 a nadmerný odpočet nebol vrátený do uplynutia šiestich mesiacov od posledného dňa lehoty na vrátenie nadmerného odpočtu podľa § 79 ods. 1, 2 alebo ods. 5, platiteľ má nárok na náhradu za zadržanie nadmerného odpočtu (ďalej len "úrok z nadmerného odpočtu") podľa odseku 2 (ods. 1). Platiteľ má nárok na úrok z nadmerného odpočtu vo výške dvojnásobku základnej úrokovej sadzby Európskej centrálnej banky platnej prvý deň kalendárneho roka, za ktorý sa úrok počíta, a ak tento dvojnásobok základnej úrokovej sadzby nedosiahne 1,5%, pri výpočte úroku z nadmerného odpočtu sa použije ročná úroková sadzba vo výške 1,5%. Úrok sa vypočíta zo sumy vráteného nadmerného odpočtu, a to za každý deň od uplynutia šiestich mesiacov odo dňa nasledujúceho po uplynutí lehoty na vrátenie nadmerného odpočtu podľa § 79 ods. 1, 2 alebo ods. 5 do dňa jeho vrátenia vrátane (ods. 2). 28. Podľa § 85ke zákona č. 222/2004 Z.z. v znení účinnom od 1.1.2017 platiteľ má nárok na úrok z nadmerného odpočtu podľa § 79a, aj keď daňová kontrola v lehote na vrátenie nadmerného odpočtu podľa § 79 ods. 1, 2 alebo ods. 5 začala pred 1.januárom 2017 a k 1. januáru 2017 nebola skončená. Ustanovenie § 79a sa neuplatní, ak daňová kontrola v lehote na vrátenie nadmerného odpočtu podľa § 79 ods. 1, 2 alebo ods. 5 bola skončená do 31. decembra 2016 vrátane. 29. Podľa § 65 ods. 1, ods. 2 DP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(ods.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(ods. 2). 30. Podľa § 66 DP ak orgán príslušný na rozhodnutie v daňovom konaní je v tomto konaní nečinný a nerozhodne ani v lehotách ustanovených v § 65 ods. 1 a 2 a nápravu nemožno dosiahnuť inak a povaha veci to nevylučuje, je príslušný vo veci rozhodnúť druhostupňový orgán. 31. Podľa § 79 ods. 3 DP v znení účinnom do 31.12.2016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VI. Posúdenie veci správnym súdom 32. Pred hmotnoprávnym posúdením veci sa správny súd zaoberal otázkou prípustnosti súdneho preskúmania napadnutých správnych aktov.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Pre účely posúdenia prípustnosti súdneho preskúmania nie je rozhodujúce, ako je rozhodnutie alebo opatrenia správneho orgánu označené, alebo či obsahuje zákonom predpísané formálne náležitosti. 33. Napadnuté oznámenia správnych orgánov oboch stupňov nepochybne obsahujú konečnú informáciu o tom, že úrok zo súm predstavujúcich nadmerné odpočty DPH, ktoré správca dane zadržal po dobu trvania daňovej kontroly, nebudú žalobcom priznané, pretože podľa mienky žalovaného slovenský právny poriadok takýto postup orgánov správy daní neumožňuje. Napriek tomu, že tieto oznámenia sú reakciou žalovaného na návrhy žalobcov na prijatie opatrení proti nečinnosti v zmysle § 66 DP, možno ich považovať za správne akty orgánu verejnej správy, ktoré sú opatreniami o právach, povinnostiach a právom chránených záujmoch žalobcu v súvislosti s úrokmi z nadmerných odpočtov DPH zadržaných na čas vykonávania daňovej kontroly, ktoré si žalobca uplatnil voči orgánom správy daní tvrdiac, že im toto právo vyplýva z judikatúry Súdneho dvora EÚ interpretujúcej vyššie citované ustanovenie smernice. Je zrejmé, že žalovaný považoval vydaním týchto oznámení otázku uplatneného práva na úroky za uzavretú, bez možnosti ich napadnutia riadnym opravným prostriedkom. Keďže ide o autoritatívne rozhodnutie o právach žalobcu, nemožno napadnuté oznámenia vylúčiť zo súdneho preskúmania správnym súdom. 34. Z ustanovenia § 79 zákona č. 222/2004 Z.z. účinného do 31.12.2016 vyplýva, že ak platiteľovi vznikne v zdaňovacom období nadmerný odpočet a platiteľ ho nemôže odpočítať od vlastnej daňovej povinnosti v nasledujúcom zdaňovacom období, vráti daňový úrad neodpočítaný nadmerný odpočet alebo jeho neodpočítanú časť do 30 dní od podania daňového priznania za zdaňovacie obdobie nasledujúce po zdaňovacom období, v ktorom nadmerný odpočet vznikol. Z tohto pravidla platí výnimka, podľa ktorej daňový úrad vráti daňový odpočet už do 30 dní od uplynutia lehoty na podanie daňového priznania za zdaňovacie obdobie, v ktorom nadmerný odpočet vznikol, ak je zdaňovacím obdobím platiteľa kalendárny mesiac a ak sú splnené ostatné zákonné podmienky (§ 79 ods. 2 písm. b/, písm. c/ zákona č. 222/2004 Z.z.). Zákon tiež stanovuje, že ak daňový úrad v rámci uvedených lehôt začne daňovú kontrolu, vráti nadmerný odpočet do 10 dní od jej skončenia. 35. Zákon č. 222/2004 Z.z. platný a účinný v čase vykonávania daňovej kontroly u žalobcu a následného vrátenia uplatnených nadmerných odpočtu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č. 222/2004 Z.z. zakomponovaný až s účinnosťou od 1.1.2017. V zmysle § 79a zákona č. 222/2004 Z.z.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36. Na účely Daňového poriadku sa nadmerný odpočet DPH považuje za daňový preplatok. Ustanovenie § 79 ods. 3 tohto zákona určuje správcovi dane, ktorý vrátil daňový preplatok po uplynutí zákonných lehôt, povinnosť do 15 dní od vrátenia daňového preplatku rozhodnúť o priznaní úroku zo sumy daňového preplatku vo výške minimálne 10% ročne. Žalobca sa v žalobe dovoláva priznania úroku na základe tohto ustanovenia Daňového poriadku, jeho výkladom v duchu judikatúry Súdneho dvora EÚ vo veciach C-107/10 (Enel Maritsa) a C-120/15 (Kovozber), ktoré interpretujú článok 183 smernice 2006/112/ES. Ide o právne záväzný výklad citovanej smernice, ktorého účinky pôsobia ex tunc, teda odo dňa jej prijatia, a sú prameňom práva na území všetkých členských štátov EÚ. Rozsudky Súdneho dvora EÚ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 Kempter, C-2/06, 12.2.2008, Zb. s. I-411, bod 35; Kühne a Heitz, C-453/00, 13.1.2004, Zb. s. I-837, bod 21; Blaizot, 24/86, 2.2.1988, Zb. s. 379, bod 27). 37. Súdny dvor EÚ v rozhodnutí vo veci C-120/15 (Kovozber), ktoré sa týka slovenského právneho poriadku, vyslovuje jednoznačný záver, že uvedený článok sa má vykladať v tom zmysle, že bráni takej vnútroštátnej úprave, ktorá upravuje výpočet úrokov z omeškania pri vrátení nadmerného odpočtu DPH až od uplynutia lehoty 10 dní po skončení daňovej kontroly. V dôvodoch tohto rozhodnutia Súdny dvor EÚ odkazuje na staršiu judikatúru (Enel Maritsa, body 51, 52, 53, ďalej Rafinăria Steaua Română, C-431/12, bod 23, Delphi Hungary Autóalkatrész Gyártó, C-654/13, bod 32) a konštatuje, že lehota na vrátenie nadmerného odpočtu DPH môže byť v zásade predĺžená na účely vykonania daňovej kontroly bez toho, aby bolo nutné ju považovať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EÚ z existujúcej judikatúry vyplýva, že pri výpočte úrokov sa musí zobrať do úvahy ako počiatočný okamih deň, keď mal byť nadmerný odpočet DPH v súlade so smernicou obvykle vrátený (bod 29). Súdny dvor sa vyjadril i k otázke neutrality systému DPH, na ktorú musia členské štáty prihliadať pri stanovení podmienok vrátenia nadmerných odpočtov DPH. Tieto podmienky musia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(bod 21). 38. Uvedené rozhodnutie súdneho dvora je podľa názoru správneho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EÚ nevyhnutné kompenzovať zaplatením úrokov, čím sa zaručí dodržanie zásady daňovej neutrality. 39. Z uvedeného možno vyvodiť záver, že podľa práva EÚ žalobcovi patria úroky zo sumy predstavujúcej zadržaný nadmerný odpočet DPH od uplynutia všeobecných lehôt na vrátenie odpočtov podľa § 79 ods. 1 a ods. 2 zákona č. 222/2004 Z.z., a to až do dňa vrátenia zadržaných súm jednotlivým žalobcom. Tento záver sa opiera predovšetkým o zásadu neutrality DPH, v zmysle ktorej kontrola dane vykonaná orgánmi štátu, spojená so zadržaním oprávneného nadmerného odpočtu, nesmie byť kontrolovanému daňovému subjektu na ujmu bez primeranej kompenzácie. 40. V tomto zmysle judikoval ešte pred rozhodnutím Súdneho dvora EÚ vo veci Kovozber i Najvyšší súd SR vo veci sp.zn. 8Sžf/115/2013, keď potvrdil rozhodnutie Krajského súdu v Bratislave sp.zn. 2S/979/2012 zo dňa 24.4.2013,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41. Pokiaľ ide o konkrétnu výšku úrokov správny súd poukazuje na zjednocujúce stanovisko správneho kolégia Najvyššieho súdu SR sp. zn. Snj 36/2019 zo dňa 30.10.2019: „Ustanovenie § 79a zákona č. 222/2004 Z.z. o dani z pridanej hodnoty v znení účinnom od 1. januára 2017 (Náhrada za zadržanie nadmerného odpočtu počas daňovej kontroly) je v pomere špeciality k ustanoveniu § 79 ods. 3. zákona č. 563/2009 Z.z. o správe daní (daňový poriadok) a o zmene a doplnení niektorých zákonov v znení účinnom od 1. januára 2012 (Daňové preplatky a úrok). Vnútroštátna úprava právneho poriadku Slovenskej republiky spočívajúca v ustanovení § 85ke vety druhej zákona č. 222/2004 Z.z. o dani z pridanej hodnoty v znení účinnom od 1.januára 2017 (Prechodné ustanovenia k úpravám účinným od 1. januára 2017) v znení: "Ustanovenie § 79a sa neuplatní, ak daňová kontrola v lehote na vrátenie nadmerného odpočtu podľa § 79 ods. 1, 2 alebo ods. 5 bola skončená do 31. decembra 2016 vrátane", nie je v súlade s právom Európskej únie, a to najmä s uznesením Súdneho dvora Európskej únie vo veci C-120/15 Kovozber, ktoré má aplikačnú prednosť s účinkom ex tunc. Na zabezpečenie súladu s právom Európskej únie sú orgány verejnej správy a súdy povinné zdržať sa aplikácie tohto ustanovenia.“ 42. Zároveň správny súd poukazuje v otázke aplikovateľnosti ustanovenia § 79a zákona č. 222/2004 Z.z. aj na daňové kontroly ukončené do 31.12.2016 na právny názor Najvyššieho súdu SR vyslovený v rozsudku sp. zn. 1Sžfk/34/2019 zo dňa 30.6.2020, v zmysle ktorého: „k námietke žalobcu, podľa ktorej nie je možné retroaktívne upravovať výšku úrokovej sadzby z nadmerného odpočtu zadržaného v minulosti (pred 1.1.2017), uviedol, že pri predchádzajúcom nedostatku explicitnej zákonnej úpravy výšky a okamihu, odkedy ho treba priznať, a pri rozkolísanosti a istej zdržanlivosti doterajšej judikatúry v tejto otázke, je namieste považovať vyššie uvedené zjednocujúce stanovisko za akceptáciu lehoty a výšky úrokovej sadzby podľa § 79a zákona č. 222/2004 Z.z. ako primeranej lehoty a primeranej výšky úrokovej sadzby aj v predchádzajúcom období. Najvyšší súd SR nevníma právny názor o nutnosti aplikácie tohto ustanovenia aj na predchádzajúce vzťahy ako mechanickú retroaktívnu aplikáciu zákona, ale ide o zásadné stanovisko k v minulosti uspokojivo nevyriešeným právnym otázkam vo vzťahu k hmotnému právu zakladajúcemu právo na požadovaný úrok“. 43. Vzhľadom na uvedené dospel správny súd po preskúmaní veci k záveru, že žalovaný aj Daňový úrad Bratislava vychádzali pri rozhodovaní o návrhu žalobcu z nesprávneho právneho posúdenia veci a z tohto dôvodu sú ich opatrenia nezákonné. Preto správny súd postupoval podľa § 191 ods. 1 písm. c/ SSP a napadnuté opatrenia zrušil a vrátil vec orgánu verejnej správy prvého stupňa na ďalšie konanie.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Daňové orgány budú postupovať podľa § 79a ods. 1 a ods. 2 zákona č. 222/2004 Z.z. aj na daňovú kontrolu ukončenú pred jeho účinnosťou, tak ako to uviedol Najvyšší súd SR vo vyššie citovanom rozsudku sp. zn. 1Sžfk/34/2019 zo dňa 30.6.2020 aj zjednocujúcom stanovisku sp. zn. Snj 36/2019 zo dňa 30.10.2019. 44.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https://www.kauzis.sk/judikatura/r/ECLI:SK:KSBA:2020:1018201331.1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