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5Co/38/2020 z 27. 4. 2020</w:t>
      </w:r>
    </w:p>
    <w:p>
      <w:r>
        <w:t>Uznesenie Krajského súdu Bratislava z 27. apríla 2020, sp. zn. 5Co/38/2020, ECLI:SK:KSBA:2020:1018201490.2</w:t>
      </w:r>
    </w:p>
    <w:p>
      <w:r>
        <w:t>Súd: Krajský súd Bratislava</w:t>
      </w:r>
    </w:p>
    <w:p>
      <w:r>
        <w:t>Spisová značka: 5Co/38/2020</w:t>
      </w:r>
    </w:p>
    <w:p>
      <w:r>
        <w:t>ECLI: ECLI:SK:KSBA:2020:1018201490.2</w:t>
      </w:r>
    </w:p>
    <w:p>
      <w:r>
        <w:t>Dátum vydania: 27. 4.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5Co/38/2020 Identifikačné číslo súdneho spisu: 1018201490 Dátum vydania rozhodnutia: 28. 04. 2020 Meno a priezvisko sudcu, VSÚ: JUDr. Milan Chalupka ECLI: ECLI:SK:KSBA:2020:1018201490.2 Uznesenie Krajský súd v Bratislave v senáte zloženom z predsedu senátu JUDr. Milana Chalupku a členov senátu JUDr. Juraja Považana a JUDr. Janky Richterovej vo veci žalobcu: D. L., U.. XX.XX.XXXX, F. R.: R. - D., proti žalovaným: 1/ C.. N. G., E. L. E. H. R., 2/ Krajský súd v Bratislave, o náhradu škody, na odvolanie žalobcu voči uzneseniu Okresného súdu Bratislava I, č.k. 23C/37/2018-23 zo dňa 25.03.2019, takto r o z h o d o l : Odvolací súd odvolanie žalobcu o d m i e t a . o d ô v o d n e n i e : 1. Uznesením č.k. 23C/37/2018-23 zo dňa 25.03.2019 súd podanie žalobcu zo dňa 15.10.2018 odmietol. 2. Proti tomuto uzneseniu podal odvolanie žalobca. 3. Uznesením č.k. 23C/37/2018-37 zo dňa 10.01.2020 súd prvej inštancie vyzval žalobcu, na doplnenie a opravu jeho odvolania, pričom ho poučil o spôsobe doplnenia a opravy a prípadných následkoch neodstránenia vád. 4. Podľa § 363 C.s.p. v odvolaní sa popri všeobecných náležitostiach podania uvedie, proti ktorému rozhodnutiu smeruje, v akom rozsahu sa napáda, z akých dôvodov sa rozhodnutie považuje za nesprávne (odvolacie dôvody) a čoho sa odvolateľ domáha (odvolací návrh). 5. Dňa 24.06.2019 bolo na súd prvej inštancie doručené odvolanie žalobcu voči predmetnému uzneseniu. Toto odvolanie neobsahovalo základné náležitosti podľa § 363 C.s.p., z ktorého by bolo zrejmé, čoho sa odvolateľ domáha (odvolací návrh) a z akých dôvodov sa rozhodnutie považuje za nesprávne (odvolacie dôvody). Uznesením č.k. 23C/37/2018-37 zo dňa 10.01.2020 súd vyzval žalobcu na odstránenie vád podania, pričom ho poučil o následkoch neodstránenia týchto vád. Žalobca vady odvolania neodstránil a to ani do rozhodnutia odvolacieho súdu. Po oboznámení sa s odvolaním podaným žalobcom, odvolací súd musí konštatovať, že nespĺňa náležitosti riadne podaného odvolania podľa ust. § 363 C.s.p. Žalobca ani po výzve súdu prvej inštancie neodstránil vady v podaní, z ktorého nie je zjavné, z akých dôvodov sa rozhodnutie považuje za nesprávne a ani čoho sa odvolateľ domáha. 6. Odvolanie žalobcu neobsahovalo náležitosti odvolania v súlade s § 363 C.s.p. 7. Podľa § 386 písm. d/ C. s. p., odvolací súd odmietne odvolanie, ktoré nemá náležitosti podľa § 363. 8. S poukazom na vyššie uvedené odvolací súd odvolanie žalobcu podané bez náležitostí určených v ust. § 363 C.s.p., odmietol podľa § 386 písm. d/ C. s. p. 9.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https://www.kauzis.sk/judikatura/r/ECLI:SK:KSBA:2020:1018201490.2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