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2S/8/2019 z 25. 2. 2020</w:t>
      </w:r>
    </w:p>
    <w:p>
      <w:r>
        <w:t>Uznesenie Krajského súdu Bratislava z 25. februára 2020, sp. zn. 2S/8/2019, ECLI:SK:KSBA:2020:1019200079.2</w:t>
      </w:r>
    </w:p>
    <w:p>
      <w:r>
        <w:t>Súd: Krajský súd Bratislava</w:t>
      </w:r>
    </w:p>
    <w:p>
      <w:r>
        <w:t>Spisová značka: 2S/8/2019</w:t>
      </w:r>
    </w:p>
    <w:p>
      <w:r>
        <w:t>ECLI: ECLI:SK:KSBA:2020:1019200079.2</w:t>
      </w:r>
    </w:p>
    <w:p>
      <w:r>
        <w:t>Dátum vydania: 25. 2.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2S/8/2019 Identifikačné číslo súdneho spisu: 1019200079 Dátum vydania rozhodnutia: 26. 02. 2020 Meno a priezvisko sudcu, VSÚ: JUDr. Michal Dzurdzík PhD. ECLI: ECLI:SK:KSBA:2020:1019200079.2 Uznesenie Krajský súd v Bratislave v právnej veci žalobcu: G. X., bytom T. Č.. X, XXX XX X., proti žalovaným: 1. Generálna prokuratúra, Štúrova č. 2, Bratislava, 2. Ministerstvo vnútra SR, Pribinova č. 2, Bratislava, predmet konania neoznačený, takto r o z h o d o l : Krajský súd v Bratislave žalobu o d m i e t a . Žiaden z účastníkov nemá právo na náhradu trov konania. o d ô v o d n e n i e : I. 1. Žalobou zo dňa 21.01.2019 bolo Krajskému súdu v Bratislave (ďalej aj ako „správny súd“ alebo „tunajší súd“) osobne podané podanie žalobcu označené ako „ZALOBA !!!“. Po oboznámení sa s obsahom podania správny súd zistil, že podanie žalobcu obsahuje vady špecifikované vo výroku tohto uznesenia, a teda nespĺňa náležitosti podania, ktoré zákon č. 162/2015 Z.z. Správny súdny poriadok (ďalej len „SSP“) vyžaduje - všeobecné a osobitné náležitosti podania v zmysle ust. § 57 SSP v spojení s ust. § 182 SSP. 2. Podanie žalobcu vo veci samej, ktoré bolo doručené Krajskému súdu v Bratislave dňa 21.01.2019 neobsahovalo všetky zákonom ustanovené náležitosti podania, ktoré musí správna žaloba v správnom súdnom konaní obsahovať. Nebolo spísané advokátom a ani žalobca nebol pri jeho podaní zastúpený advokátom, hoci v danom prípade nejde o výnimku z povinného právneho zastúpenia žalobcu advokátom v konaní pred správnym súdom podľa § 49 ods. 1 v spojení s § 49 ods. 2 zákona č. 162/2015 Z.z. Správny súdny poriadok (ďalej len „SSP“). Vzhľadom na skutočnosť, že podanie žalobcu vo veci samej vykazovalo vady, ktoré bránili vecnému vybaveniu žaloby, správny súd za aplikácie ust. § 59 ods. 1, 2, 3 v spojení s § 182 ods. 1 a 2 SSP vyzval žalobcu uznesením č. k. 2S/8/2019-91 zo dňa 05.11.2019 na ich odstránenie, a to v lehote 15 dní odo dňa doručenia predmetného uznesenia. Konkrétne, tunajší súd vyzval žalobcu na doplnenie žaloby titulom neúplného podania o nasledovné náležitosti: - náležitosť, ktorému správnemu súdu je podanie žalobcu určené, - náležitosť, ktorej veci sa týka podanie žalobcu, - náležitosť, čo sa ním sleduje tzn. o údaj, čo žalobca svojím podaním sleduje, - označenie druhu žaloby, - označenie žalovaného, - označenie napadnutého rozhodnutia alebo opatrenia a deň jeho vydania, prípadne označenie výrokov, ktoré žalobca napáda, ak sú tieto samostatné a oddeliteľné a žaloba nesmeruje voči celému rozhodnutiu alebo opatreniu, - deň oznámenia napadnutého rozhodnutia alebo opatrenia žalobcovi alebo uvedenie, že žalobca sa považuje za opomenutého účastníka - dôvody žaloby, z ktorých musí byť zrejmé, z akých konkrétnych skutkových a právnych dôvodov považuje žalobca napadnuté rozhodnutie za nezákonné (tzv. žalobné body), najmä špecifikuje, aké práva alebo právom chránené záujmy žalobcu boli porušené alebo priamo dotknuté napadnutým rozhodnutím, - označenie dôkazov, ak ich žalobca navrhuje vykonať, - vyjadrenie, či žalobca žiada nariadenie pojednávania; na neskoršiu žiadosť žalobcu o nariadenie pojednávania správny súd neprihliada, - návrh výroku rozhodnutia (tzv. žalobný návrh), - splnomocnenie udelené advokátovi , ak nejde o výnimky uvedené v § 49 ods. 1 a 2 zákona č. 162/2015 Z. z. Správny súdny poriadok, - jedno vyhotovenie napadnutého rozhodnutia orgánu verejnej správy v súlade s ust. § 182 ods. 2 písm. c) zákona č. 162/2015 Z.z. Správny súdny poriadok. Zároveň tunajší súd v uznesení č. k. 2S/8/2019-91 zo dňa 05.11.2019 žalobcu poučil, že podľa § 59 ods. 2 a 3 SSP správny súd uznesením podanie odmietne, ak sa v lehote určenej správnym súdom podanie nedoplní alebo neopraví t.j. ak žalobca neodstráni vytýkané vady žaloby v stanovenej lehote. Predmetné uznesenie bolo žalobcovi doručené dňa 28.01.2020, skutočnosť ktorú potvrdil svojím vlastnoručným podpisom na potvrdení o prevzatí písomnosti - tzv. doručenke. Lehota 15 dní na splnenie výzvy (odstránenie vád žaloby) začala žalobcovi plynúť dňom 29.01.2020 (§ 69 ods. 3 SSP) a posledný deň na jej splnenie pripadol na 12.02.2020 (streda). 3. Žalobca na uznesenie správneho súdu č. k. 2S/8/2019-91 zo dňa 05.11.2019 reagoval písomným podaním doručeným tunajšiemu súdu dňa 06.02.2020, avšak vady žaloby v súdom stanovenej lehote, a to ani do vydania tohto uznesenia, neodstránil. 4. Podľa § 177 ods. 1 SSP, správnou žalobou sa žalobca môže domáhať ochrany svojich subjektívnych práv proti rozhodnutiu orgánu verejnej správy alebo opatreniu orgánu verejnej správy. 5. Podľa § 178 ods. 1 SSP (žalobná legitimácia), žalobcom je fyzická osoba alebo právnická osoba, ktorá o sebe tvrdí, že ako účastník administratívneho konania bola rozhodnutím orgánu verejnej správy alebo opatrením orgánu verejnej správy ukrátená na svojich právach alebo právom chránených záujmoch. 6. Podľa § 61 písm. a) SSP žaloba je procesný úkon, ktorým fyzická osoba alebo právnická osoba uplatňuje právo na súdnu ochranu porušeného alebo priamo dotknutého práva alebo právom chráneného záujmu. 7. Podľa § 59 ods. 1 SSP, ak ide o podanie vo veci samej, z ktorého nie je zrejmé, čoho sa týka a čo sa ním sleduje, alebo ide o podanie neúplné alebo nezrozumiteľné, správny súd uznesením vyzve toho, kto podanie urobil, aby podanie doplnil alebo opravil v lehote, ktorá nemôže byť kratšia ako desať dní. 8. Podľa § 59 ods. 2 SSP, v uznesení podľa odseku 1 správny súd uvedie, v čom je podanie neúplné alebo nezrozumiteľné a ako ho doplniť alebo opraviť, a poučí o možnosti podanie odmietnuť. 9. Podľa § 59 ods. 3 SSP, ak sa v lehote určenej správnym súdom podanie nedoplní alebo neopraví, správny súd podanie odmietne uznesením; to neplatí, ak pre uvedený nedostatok možno v konaní pokračovať. 10. Podľa § 97 SSP, ak tento zákon neustanovuje inak, správny súd kedykoľvek počas konania prihliada na to, či sú splnené podmienky, za ktorých môže správny súd konať a rozhodnúť (ďalej len "procesné podmienky"). 11. Podľa § 98 ods. 1 písm. h) SSP, správny súd uznesením odmietne žalobu, ak tak ustanoví tento zákon. 12. Nakoľko konanie pred správnym súdom sa spravuje dispozičnou zásadou a začína len na návrh, podanie riadnej žaloby je základnou procesnou podmienkou, na základe ktorej môže správny súd vo veci konať a rozhodnúť. Nedostatok spočívajúci v absencii zákonných náležitostí žaloby (podania vo veci samej) alebo v jej nezrozumiteľnosti predstavuje odstrániteľný nedostatok podmienky konania. Negatívny procesný následok pre žalobcu v podobe odmietnutia žaloby prichádza do úvahy až v prípade, že účastník konania na výzvu správneho súdu vady žaloby neodstráni - podanie nedoplní/neopraví v lehote určenej správnym súdom. 13. Pre vecné vybavenie žaloby a ďalšie konanie vo veci samej bolo nevyhnutné, aby žalobca odstránil vady žaloby špecifikované vo výzve - uznesení tunajšieho súdu č. k. 2S/8/2019-91 zo dňa 05.11.2019. Keďže žalobca v lehote určenej správnym súdom svoje podanie vo veci samej - žalobu v tomto smere nedoplnil o zákonom predpísané náležitosti správnej žaloby, pričom ide nedostatky, pre ktoré nemožno v konaní pokračovať, správny súd na základe uvedených skutočností na základe ust. § 59 ods. 3, časť vety pred bodkočiarkou, v spojení s § 98 ods. 1 písm. h) SSP žalobu žalobcu odmietol. Keďže podanie žalobcu doručené súdu dňa 06.02.2020 bolo v časti námietky zaujatosti voči vyššiemu súdnemu úradníkovi nezrozumiteľné, súd na neho podľa ust. § 90 ods. 2, § 96 SSP neprihliadol. 14. O náhrade trov konania správny súd rozhodol podľa § 170 písm. a) SSP tak, že žiaden z účastníkov nemá právo na náhradu trov konania, nakoľko žaloba bola odmietnutá. 15. Toto rozhodnutie prijal senát Krajského súdu v Bratislave pomerom hlasov 3:0 (§ 139 ods. 4 v spojení s § 147 ods. 2 SSP) Poučenie: Proti tomuto uzneseniu možno podať kasačnú sťažnosť v lehote jedného mesiaca od jeho doručenia na Krajský súd v Bratislave. Ak bolo vydané opravné uznesenie, lehota plynie znovu od doručenia opravného uznesenia len v rozsahu vykonanej opravy (§ 443 ods. 1 SSP). Zmeškanie lehoty nemožno odpustiť (§ 443 ods. 5 SSP). V kasačnej sťažnosti sa má okrem všeobecných náležitostí podania podľa § 57 SSP uviesť označenie napadnutého rozhodnutia, údaj, kedy bolo napadnuté rozhodnutie sťažovateľovi doručené,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 (§ 445 ods. 1, 2 SSP).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má sťažovateľ alebo opomenutý sťažovateľ, jeho zamestnanec alebo člen, ktorý za neho na kasačnom súde koná alebo ho zastupuje, vysokoškolské právnické vzdelanie druhého stupňa (písm. a/); ide o konania o správnej žalobe podľa § 6 ods. 2 písm. c/ a d/ (písm. b/); je žalovaným Centrum právnej pomoci (písm. c/).</w:t>
      </w:r>
    </w:p>
    <w:p/>
    <w:p>
      <w:r>
        <w:t>Zdroj: KAUZIS.SK – https://www.kauzis.sk/judikatura/r/ECLI:SK:KSBA:2020:1019200079.2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