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2S/79/2019 z 1. 12. 2020</w:t>
      </w:r>
    </w:p>
    <w:p>
      <w:r>
        <w:t>Opravné uznesenie Krajského súdu Bratislava z 1. decembra 2020, sp. zn. 2S/79/2019, ECLI:SK:KSBA:2020:1019200564.3</w:t>
      </w:r>
    </w:p>
    <w:p>
      <w:r>
        <w:t>Súd: Krajský súd Bratislava</w:t>
      </w:r>
    </w:p>
    <w:p>
      <w:r>
        <w:t>Spisová značka: 2S/79/2019</w:t>
      </w:r>
    </w:p>
    <w:p>
      <w:r>
        <w:t>ECLI: ECLI:SK:KSBA:2020:1019200564.3</w:t>
      </w:r>
    </w:p>
    <w:p>
      <w:r>
        <w:t>Dátum vydania: 1. 12. 2020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2S/79/2019 Identifikačné číslo súdneho spisu: 1019200564 Dátum vydania rozhodnutia: 02. 12. 2020 Meno a priezvisko sudcu, VSÚ: JUDr. Michal Dzurdzík PhD. ECLI: ECLI:SK:KSBA:2020:1019200564.3 Opravné uznesenie Krajský súd v Bratislave v právnej veci žalobcu: MARKET CENTRUM, s. r. o., IČO: 46 448 438, so sídlom Gessayova 10, 851 03 Bratislava, zastúpeného advokátom: JUDr. Ing. Ľubomír Havlík, so sídlom AK Svätoplukova 28, 821 08 Bratislava, proti žalovanému: Finančné riaditeľstvo Slovenskej republiky, so sídlom Lazovná 5952/63, 974 01 Banská Bystrica, IČO: 42 499 500, v konaní o preskúmanie zákonnosti postupu a rozhodnutia žalovaného číslo: 100342119/2019 zo dňa 31.01.2019 a rozhodnutia Daňového úradu Bratislava č. 102021777/2018 zo dňa 11.10.2018, o oprave rozsudku Krajského súdu v Bratislave zo dňa 04.12.2019, takto r o z h o d o l : I. Krajský súd v Bratislave o p r a v u j e v enunciáte písomného vyhotovenia rozsudku Krajského súdu v Bratislave č. k. 2S/79/2019-111 zo dňa 04.12.2019 dátum vydania napadnutého rozhodnutia žalovaného: - z nesprávne uvedeného „...rozhodnutie žalovaného Finančného riaditeľstva SR č. 100342119/2019 zo dňa 30.01.2019...“ tak, že správne uvedenie dátumu vydania je „...rozhodnutie žalovaného Finančného riaditeľstva SR č. 100342119/2019 zo dňa 31.01.2019...“. II. Vo zvyšku zostáva rozsudok Krajského súdu v Bratislave č. k. 2S/79/2019-111 zo dňa 04.12.2019 nezmenený. o d ô v o d n e n i e : 1. Pri vyhotovovaní rozsudku Krajského súdu v Bratislave (ďalej aj ako „správny súd“ alebo „tunajší súd“) č. k. 2S/79/2019-111 zo dňa 04.12.2019 došlo k zrejmej nesprávnosti spočívajúcej v chybe pri písaní, keď tunajší súd v enunciáte písomného vyhotovenia rozsudku chybne (nesprávne) uviedol dátum vydania napadnutého rozhodnutia Finančného riaditeľstva SR podľa ust. § 139 ods. 1 zákona č. 162/2015 Z. z. Správny súdny poriadok v znení neskorších predpisov (ďalej len ako „SSP“) v spojení s ust. § 23 SSP. Správny súd v predmetnom konaní preskúmaval rozhodnutie žalovaného č. 100342119/2019 zo dňa 31. januára 2019, a teda správny dátum vydania napadnutého rozhodnutia žalovaného Finančného riaditeľstva SR č. 100342119/2019 je dátum „31.01.2019“. 2. Podľa § 143 SSP, správny súd kedykoľvek aj bez návrhu opraví v rozsudku chyby v písaní a počítaní, ako aj iné zrejmé nesprávnosti. O oprave vydá opravné uznesenie, ktoré doručí osobám uvedeným v § 142 ods. 1. Podľa § 142 ods. 1 SSP, rozsudok sa doručuje účastníkom konania, osobám zúčastneným na konaní a zainteresovanej verejnosti, prípadne ich zástupcom, do vlastných rúk. Podľa ust. § 147 ods. 2 SSP, ak nie je ďalej ustanovené inak, použijú sa na uznesenie primerane ustanovenia o rozsudku vrátane ustanovenia § 139 ods. 4 a § 141. 3. Podľa § 139 ods. 1 SSP, v písomnom vyhotovení rozsudku sa po slovách „V mene Slovenskej republiky“ uvedie označenie správneho súdu, mená a priezviská sudcov rozhodujúcich vo veci, presné označenie účastníkov konania a ich zástupcov, účasť prokurátora, označenie prejednávanej veci, znenie výroku, odôvodnenie, poučenie o prípustnosti kasačnej sťažnosti, o lehote na podanie kasačnej sťažnosti, o náležitostiach kasačnej sťažnosti, o povinnom zastúpení advokátom v kasačnom konaní alebo o neprípustnosti opravného prostriedku, deň a miesto vyhlásenia. 4. Vzhľadom na zrejmú nesprávnosť spočívajúcu v chybe pri písaní v enunciáte rozsudku Krajského súdu v Bratislave č. k. 2S/79/2019-111 zo dňa 04.12.2019 v časti týkajúcej sa dátumu vydania napadnutého rozhodnutia žalovaného, správny súd v súlade s ust. § 143 SSP rozhodol tak, ako je uvedené vo výrokovej časti tohto uznesenia. 5. Toto rozhodnutie senát Krajského súdu v Bratislave prijal pomerom hlasov 3 : 0 (§ 139 ods. 4 v spojení s § 147 ods. 2 SSP). Poučenie: Proti tomuto uzneseniu možno podať kasačnú sťažnosť v lehote jedného mesiaca od jeho doručenia, na Krajský súd v Bratislave.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https://www.kauzis.sk/judikatura/r/ECLI:SK:KSBA:2020:1019200564.3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