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1S/197/2019 z 15. 7. 2020</w:t>
      </w:r>
    </w:p>
    <w:p>
      <w:r>
        <w:t>Uznesenie Krajského súdu Bratislava z 15. júla 2020, sp. zn. 1S/197/2019, ECLI:SK:KSBA:2020:1019201230.1</w:t>
      </w:r>
    </w:p>
    <w:p>
      <w:r>
        <w:t>Súd: Krajský súd Bratislava</w:t>
      </w:r>
    </w:p>
    <w:p>
      <w:r>
        <w:t>Spisová značka: 1S/197/2019</w:t>
      </w:r>
    </w:p>
    <w:p>
      <w:r>
        <w:t>ECLI: ECLI:SK:KSBA:2020:1019201230.1</w:t>
      </w:r>
    </w:p>
    <w:p>
      <w:r>
        <w:t>Dátum vydania: 15. 7. 2020</w:t>
      </w:r>
    </w:p>
    <w:p>
      <w:r>
        <w:t>Forma: Uznesenie</w:t>
      </w:r>
    </w:p>
    <w:p>
      <w:pPr>
        <w:pStyle w:val="Heading2"/>
      </w:pPr>
      <w:r>
        <w:t>Text rozhodnutia</w:t>
      </w:r>
    </w:p>
    <w:p>
      <w:r>
        <w:t>Súd: Krajský súd Bratislava Spisová značka: 1S/197/2019 Identifikačné číslo súdneho spisu: 1019201230 Dátum vydania rozhodnutia: 16. 07. 2020 Meno a priezvisko sudcu, VSÚ: Mgr. Kristína Kellerová ECLI: ECLI:SK:KSBA:2020:1019201230.1 Uznesenie Krajský súd v Bratislave v právnej veci žalobcu: JUDr. C. N., notár, so sídlom N. Y. 3, XXX XX H. H., proti žalovanému: Notárska komora Slovenskej republiky, so sídlom Krasovského 13, 851 01 Bratislava, IČO: 30 811 236, za účasti: Ministerstvo spravodlivosti Slovenskej republiky, Račianska 71, 813 11 Bratislava o preskúmanie zákonnosti rozhodnutia žalovaného č. DK 14/2017-298 zo dňa 08.07.2019, o zastavení konania pre nezaplatenie súdneho poplatku, takto r o z h o d o l : Krajský súd v Bratislave konanie z a s t a v u j e . o d ô v o d n e n i e : 1. Žalobou doručenou Krajskému súdu v Bratislave (ďalej len ,,tunajší súd“ alebo ,,správny súd“) dňa 10.09.2019 sa žalobca domáha preskúmania zákonnosti rozhodnutia žalovaného č. DK 14/2017-298 zo dňa 08.07.2019, ktorým žalovaný uznal žalobcu za vinného a uložil mu disciplinárne opatrenie - zbavenie notárskeho úradu. Žalobca žiada napadnuté rozhodnutie žalovaného zrušiť a vec mu vrátiť na ďalšie konanie. 2. Keďže žalobca spolu s podaním žaloby nezaplatil súdny poplatok za žalobu v sume 70,- eur, správny súd ho pod následkom zastavenia konania vyzval na zaplatenie súdneho poplatku za podanie žaloby v lehote 10 dní od doručenia výzvy, a to výzvou č.k. 1S/197/2019-113 zo dňa 26.02.2020. Výzva na zaplatenie súdneho poplatku bola žalobcovi doručená do vlastných rúk fikciou doručenia dňa 14.03.2020. 3. Správny súd konštatuje, že lehota na zaplatenie súdneho poplatku za žalobu žalobcovi uplynula dňom 24.03.2020.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za žalobu ani v lehote určenej správnym súdom, správny súd postupoval v súlade s ust. § 10 ods. 1 zákona o súdnych poplatkoch a predmetné konanie zastavil.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https://www.kauzis.sk/judikatura/r/ECLI:SK:KSBA:2020:1019201230.1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