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5S/201/2019 z 7. 9. 2020</w:t>
      </w:r>
    </w:p>
    <w:p>
      <w:r>
        <w:t>Uznesenie Krajského súdu Bratislava z 7. septembra 2020, sp. zn. 5S/201/2019, ECLI:SK:KSBA:2020:1019201240.2</w:t>
      </w:r>
    </w:p>
    <w:p>
      <w:r>
        <w:t>Súd: Krajský súd Bratislava</w:t>
      </w:r>
    </w:p>
    <w:p>
      <w:r>
        <w:t>Spisová značka: 5S/201/2019</w:t>
      </w:r>
    </w:p>
    <w:p>
      <w:r>
        <w:t>ECLI: ECLI:SK:KSBA:2020:1019201240.2</w:t>
      </w:r>
    </w:p>
    <w:p>
      <w:r>
        <w:t>Dátum vydania: 7. 9.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5S/201/2019 Identifikačné číslo súdneho spisu: 1019201240 Dátum vydania rozhodnutia: 08. 09. 2020 Meno a priezvisko sudcu, VSÚ: JUDr. Anna Peťovská PhD. ECLI: ECLI:SK:KSBA:2020:1019201240.2 Uznesenie Krajský súd v Bratislave ako správny súd, v právnej veci žalobcu: Súkromná bezpečnostná služba SHIELD, spol. s r. o., so sídlom Ľudovíta Štúra č. 70, 071 01 Michalovce, IČO: 36 208 922, právne zastúpený: PUCHALLA SLÁVIK &amp; partners s.r.o., Kmeťova č. 24, 040 01 Košice, IČO: 36 860 930, proti žalovanému: Finančné riaditeľstvo Slovenskej republiky, Lazovná 63, 974 01 Banská Bystrica, v konaní o preskúmanie zákonnosti rozhodnutia žalovaného č. 101781237/2019 zo dňa 22.07.2019, takto r o z h o d o l : Krajský súd v Bratislave konanie z a s t a v u j e. Žalobcovi súd p r i z n á v a voči žalovanému právo na úplnú náhradu trov konania, o výške ktorej bude rozhodnuté po právoplatnosti tohto uznesenia samostatným rozhodnutím. o d ô v o d n e n i e : 1. Žalobou doručenou Krajskému súdu v Bratislave ako súdu správnemu (ďalej aj len „správny súd“) dňa 12.09.2019 sa žalobca domáhal preskúmania zákonnosti rozhodnutia žalovaného č. 101781237/2019 zo dňa 22.07.2019, ktorým bolo zastavené konanie o žiadosti o poskytnutie nenávratného finančného príspevku podľa zákona o príspevku poskytovanom z európskych štrukturálnych a investičných fondov a o zmene a doplnení niektorých zákonov v znení neskorších predpisov (ďalej len „zákon o príspevku z EŠIF“). 2. Podaním doručeným súdu dňa 21.08.2020 žalobca oznámil, že žalobu berie v celom rozsahu späť z dôvodu, že po podaní žaloby žalovaný napadnuté rozhodnutie zrušil. Preto navrhol konanie zastaviť a žalobcovi priznať úplnú náhradu trov konania. 3. Podľa § 97 SSP, ak tento zákon neustanovuje inak, správny súd kedykoľvek počas konania prihliada na to, či sú splnené podmienky, za ktorých môže správny súd konať a rozhodnúť (ďalej len „procesné podmienky“). 4. Podľa § 99 písm. a/ SSP, správny súd konanie uznesením zastaví, ak žalobca vzal žalobu späť skôr, ako správny súd vo veci rozhodol. 5. Podľa § 171 ods. 1 SSP, ak účastník konania procesne zavinil odmietnutie žaloby alebo zastavenie konania, správny súd prizná trovy konania ostatným účastníkom konania. 6. Vzhľadom na späťvzatie žaloby žalobcom súd konanie podľa § 99 písm. a/ SSP zastavil. 7. O náhrade trov konania súd rozhodol podľa § 171 ods. 1 SSP a priznal žalobcovi voči žalovanému, ktorý procesne zavinil zastavenie konania úplnú náhradu trov konania, o výške ktorej bude rozhodnuté po právoplatnosti tohto uznesenia samostatným uznesením vydaným súdnym úradníkom. 8. Toto rozhodnutie senát Krajského súdu v Bratislave prijal pomerom hlasov 3:0.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https://www.kauzis.sk/judikatura/r/ECLI:SK:KSBA:2020:1019201240.2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