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2S/197/2019 z 21. 1. 2020</w:t>
      </w:r>
    </w:p>
    <w:p>
      <w:r>
        <w:t>Uznesenie Krajského súdu Bratislava z 21. januára 2020, sp. zn. 2S/197/2019, ECLI:SK:KSBA:2020:1019201370.2</w:t>
      </w:r>
    </w:p>
    <w:p>
      <w:r>
        <w:t>Súd: Krajský súd Bratislava</w:t>
      </w:r>
    </w:p>
    <w:p>
      <w:r>
        <w:t>Spisová značka: 2S/197/2019</w:t>
      </w:r>
    </w:p>
    <w:p>
      <w:r>
        <w:t>ECLI: ECLI:SK:KSBA:2020:1019201370.2</w:t>
      </w:r>
    </w:p>
    <w:p>
      <w:r>
        <w:t>Dátum vydania: 21. 1. 2020</w:t>
      </w:r>
    </w:p>
    <w:p>
      <w:r>
        <w:t>Forma: Uznesenie</w:t>
      </w:r>
    </w:p>
    <w:p>
      <w:pPr>
        <w:pStyle w:val="Heading2"/>
      </w:pPr>
      <w:r>
        <w:t>Text rozhodnutia</w:t>
      </w:r>
    </w:p>
    <w:p>
      <w:r>
        <w:t>Súd: Krajský súd Bratislava Spisová značka: 2S/197/2019 Identifikačné číslo súdneho spisu: 1019201370 Dátum vydania rozhodnutia: 22. 01. 2020 Meno a priezvisko sudcu, VSÚ: JUDr. Michal Dzurdzík PhD. ECLI: ECLI:SK:KSBA:2020:1019201370.2 Uznesenie Krajský súd v Bratislave v právnej veci žalobcu: HYDINA SLOVENSKO s.r.o., so sídlom Lieskovská cesta 23/640, 962 21 Lieskovec, IČO: 45 300 950, zastúpený advokátskym spoločenstvom: KVASŇOVSKÝ &amp; PARTNERS | ADVOKÁTI s.r.o., IČO: 51 003 848, so sídlom Dunajská 32, 811 08 Bratislava, za ktoré koná advokát JUDr. Miloš Kvasňovský, proti žalovanému: Finančné riaditeľstvo Slovenskej republiky, so sídlom Lazovná 63, 974 01 Banská Bystrica, o správnej žalobe, v konaní o preskúmanie zákonnosti rozhodnutia žalovaného č. 101900919/2019 zo dňa 08.08.2019, o návrhu žalobcu na priznanie odkladného účinku správnej žalobe, takto r o z h o d o l : Krajský súd v Bratislave návrh žalobcu na priznanie odkladného účinku správnej žalobe zo dňa 07.10.2019 z a m i e t a. o d ô v o d n e n i e : Žalobou zo dňa 07.10.2019, doručenou Krajskému súdu v Bratislave (ďalej aj ako „správny súd“ alebo „tunajší súd“) elektronicky dňa 08.10.2019, sa žalobca domáha preskúmania zákonnosti rozhodnutia žalovaného č. 101900919/2019 zo dňa 08.08.2019, ktorým žalovaný podľa ust. § 74 ods. 4 zákona č. 563/2009 Z. z. o správe daní (ďalej len „daňový poriadok“) a o zmene a doplnení niektorých zákonov v znení neskorších predpisov potvrdil rozhodnutie orgánu verejnej správy prvého stupňa - Kriminálneho úradu finančnej správy č. 100599501/2019 zo dňa 11.03.2019, ktorým Kriminálny úrad finančnej správy uložil žalobcovi podľa § 50 ods. 1 písm. a) v nadväznosti na § 160 ods. 5 daňového poriadku predbežné opatrenie, nakoľko je odôvodnená obava, že nesplatná alebo nevyrubená daň nebude v dobe jej splatnosti uhradená alebo bude nevymožiteľná alebo že v tejto dobe bude vymáhanie dane spojené so značnými ťažkosťami za využitia všetkých zákonom stanovených foriem v rozsahu povinnosti zložiť na účet správcu dane peňažnú sumu vo výške XXX.XXX,XX €, za zdaňovacie obdobia február 2017 až jún 2017. 2. Žalobca v žalobe zároveň požiadal správny súd, aby správnej žalobe priznal odkladný účinok podľa § 185 písm. a) zákona č. 162/2015 Z. z. Správny súdny poriadok (ďalej len „SSP“). V dôvodoch svojho návrhu uviedol, že je nevyhnutne daná potreba úpravy pomerov vyplývajúcich z právneho stavu vytvoreného napadnutým rozhodnutím. Potrebu priznania odkladného účinku správnej žalobe odôvodnil hrozbou závažnej ujmy, značnej hospodárskej a finančnej škody, ktoré budú predstavovať vážne nenapraviteľný následok. Argumentoval tým, že ako podnikateľský subjekt sa dostal do situácie, pri ktorej v rámci výkonu rozhodnutia (zablokovaním účtov z dôvodu výkonu rozhodnutí o nariadení predbežného opatrenia) nebude objektívne schopný plniť svoje záväzky, a to nielen vo vzťahu k daňovému úradu, ale najmä vo vzťahu k svojim zamestnancom a príslušným sociálnym alebo zdravotným inštitúciám, ako aj vo vzťahu k obchodným partnerom. Tvrdil, že napadnuté rozhodnutia sú exekučnými titulmi a prípadným výkonom daňovej exekúcie sa stane nielen absolútne a objektívne platobne neschopným (neschopným plniť svoje záväzky), ale pre svojich zamestnancov a dodávateľov aj nedôveryhodným subjektom. Podľa žalobcu bude pre neho výkon napadnutých rozhodnutí likvidačný a spôsobí absolútny a nezvratný rozklad spoločnosti, jej úplný zánik. Správny súd priznaním odkladného účinku odvráti hrozbu závažnej ekonomickej, hospodárskej a finančnej škody žalobcu ako zamestnávateľa. V návrhu na priznanie odkladného účinku správnej žalobe žalobca osobitne zdôraznil svoju úlohu ako zamestnávateľa, ktorý zamestnáva približne 300 zamestnancov v regióne sídla prevádzky - Banskobystrický kraj, s tým, že náklady spojené s plnením si povinnosti žalobcu ako zamestnávateľa vo vzťahu ku zamestnancom predstavujú len zlomok celkových nákladov obchodnej spoločnosti žalobcu. Krok spočívajúci v exekúcii na majetok žalobcu by predstavoval vážne ekonomické a sociálne komplikácie aj v spôsobe života regionálneho obyvateľstva a mal by za následok zvýšenie nezamestnanosti v rámci regiónu, ale najmä nepredstaviteľný negatívny dopad na zamestnancov. Následne žalobca uviedol, že terajšia finančná situácia dovoľuje žalobcovi vykonávať svoju podnikateľskú činnosť s pozitívnym prognózovaním finančnej situácie do budúcna, nechystá sa meniť spôsob a systém prevádzky, pričom aktuálne tvorí kladný hospodársky výsledok. O zlepšujúcej sa finančnej situácii žalobcu svedčia finančné výsledky, keď za rok 2018 dosiahol najlepší hospodársky výsledok za posledných 6 rokov. V tejto súvislosti uviedol, že priaznivý vývoj hospodárskych výsledkov a priaznivá dlhodobá prognóza vývoja tržieb, výnosov a zisku dáva podľa žalobcu dostatočnú dlhodobú garanciu, že v prípade splatnosti záväzkov, tieto žalobca bude schopný uhradiť. Ďalej uviedol, že aj v terajšej mimoriadne zložitej situácii pristupuje žalobca k plneniu svojich daňových záväzkov riadne a zodpovedne a snaží sa dodržiavať svoju platobnú disciplínu, pričom si vytvára aj účtovné rezervy, čo vyplýva aj z účtovných závierok za rok 2018 a 2017. Podľa žalobcu likvidačne na neho pôsobí už len blokácia bankových účtov finančnou správou v súvislosti s vykonateľnosťou rozhodnutí o nariadení predbežného opatrenia. Ďalšou hrozbou pre žalobcu je aj neuhradenie záväzkov, čo bude znamenať aj stratu postavenia v rámci hydinového priemyslu z terajšej jednotky na trhu. V súvislosti s výkonom rozhodnutia dôjde k negatívnemu dopadu aj na zamestnancov žalobcu (hrozba straty zamestnania), a aj preto možno hovoriť o hrozbe hospodárskej ujmy lokálneho charakteru. Za predpokladu, ak správny súd neprizná odkladný účinok správnej žalobe, bude možné realizovať výkon rozhodnutia, následkom čoho bude žalobca objektívne nútený rušiť svoje ďalšie prevádzky a prepúšťať svojich zamestnancov. Žalobca zdôraznil i tú skutočnosť, že ako zamestnávateľ prispieva k priaznivému vývoju prostredia trhu práce a k sociálnej stabilite v regióne. Tvrdil, že priznaním odkladného účinku správnej žalobe nepochybne nevzniká rozpor s verejným záujmom. Priznanie odkladného účinku dáva žalobcovi možnosť naďalej udržiavať svoje podnikateľské pôsobenie a zamestnanosť. V dôvodoch svojho návrhu poukázal i na rozhodnutia Krajského súdu v Prešove v obdobných veciach, v ktorých bol odkladný účinok správnej žalobe žalobcu priznaný. Mal za to, že v rámci zachovania právnej istoty žalobcu na rozhodovaní súdov a s poukazom na legitímne očakávania žalobcu v dôsledku už raz priznaného odkladného účinku obdobne správnej žalobe, je tento žalobcov návrh na priznanie odkladného účinku správnej žaloby relevantný a odôvodnený pre tento účel. V tejto súvislosti poukázal na rozhodnutie Najvyššieho súdu Slovenskej republiky zo dňa 21.06.2011, sp. zn. 1 Sžr/28/2010, v zmysle ktorého s princípom právnej istoty logicky korešponduje zásada rozhodovať v obdobných veciach rovnako. Zásah zo strany daňového úradu a výkonu prípadnej daňovej exekúcie by bol pre žalobcu fatálny, nakoľko by žalobcovi vznikla platobná neschopnosť. Mal za to, že výkon rozhodnutia bude mať pre žalobcu za následok jeho ekonomickú likvidáciu - v lepšom prípade reštrikčné opatrenia. S poukazom na rekapituláciu miezd za podnik 07/2019 ako i na riadnu účtovnú závierku zostavenú ku dňu 31.12.2018 tvrdil, že na strane žalobcu je daná objektívna nemožnosť dobrovoľného plnenia bez toho, aby ukončil svoju činnosť. Tvrdil, že priznanie odkladného účinku správnej žaloby je jediná možná ochrana žalobcu, ktorá môže zamedziť, aby správca dane začal výkon daňovej exekúcie prikázaním pohľadávky z účtov žalobcu, prípadne výkonu daňovej exekúcie zriadením exekučného záložného práva na nehnuteľnostiach žalobcu. Akoukoľvek blokáciou alebo zamedzeniu žalobcovi nakladať so zostatkom na bankových účtoch, alebo dispozíciou s majetkom žalobcu ako obchodnej spoločnosti je nepochybné, že v danom prípade dôjde k naplneniu podmienok stanovených ustanovením § 185 písm. a) SSP. 3. Žalovaný sa k žalobe vo veci samej vyjadril písomne, podaním zo dňa 20.12.2019, doručeným správnemu súdu taktiež dňa 20.12.2019, v rámci ktorého sa k návrhu žalobcu na priznanie odkladného účinku správnej žalobe vyjadril tak, že podľa žalovaného nie sú súčasťou návrhu žalobcu žiadne dôkazy preukazujúce prítomnosť zákonných dôvodov pre priznanie odkladného účinku správnej žalobe, pretože jeho tvrdenie v návrhu o hrozbe exekučnej činnosti žalovaného, resp. že výkonom rozhodnutí o nariadení predbežného opatrenia sa stane objektívne platobne neschopným a pre svojich dodávateľov a zamestnancov nedôveryhodným, neobsahuje žiadne relevantné dôkazy, na základe ktorých by sa malo návrhu na priznanie odkladného účinku vyhovieť. K návrhu žalobcu na priznanie odkladného účinku správnej žalobe žalovaný poukázal na podstatu v danej veci, a to žalobcom uplatnené právo na odpočítanie dane podľa hmotnoprávneho predpisu - § 49 až § 51 zákona DPH, pri ktorom sa reálnosť dodania fakturovaných zdaniteľných obchodov nepotvrdila, a preto žalovaný poukázal na judikatúru Najvyššieho súdu SR, podľa ktorej právnu ochranu môže mať len poctivé podnikanie a relevantné fakturované prijaté a dodané zdaniteľné obchody v rámci obchodných vzťahov, čo sa v danom prípade u žalobcu v priebehu výkonu daňovej kontroly a následného vyrubovacieho konania nepotvrdilo. 4. Podľa § 184 zákona ć. 162/2015 Z. z. Správny súdny poriadok (ďalej len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Správny súd v súlade s citovaným zákonným ustanovením § 188 SSP návrh žalobcu na priznanie odkladného účinku správnej žalobe zamietol, nakoľko neboli naplnené dôvody pre jeho priznanie podľa ust. § 185 písm. a) SSP.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9. Žalobca vo svojom návrhu na priznanie odkladného účinku správnej žalobe, podanom so správnou žalobou - ako jej súčasť, ako dôvod pre vyhovenie jeho žiadosti uviedol ohrozenie následkom závažnej ujmy, značnej hospodárskej a finančnej škody. Vychádzajúc z tvrdení žalobcu a po dôkladnom preskúmaní spisového materiálu správny súd dospel k záveru, že žalobca vo svojom návrhu dostatočne neodôvodnil, v čom konkrétne spočíva jeho ohrozenie tvrdenými následkami. V tejto súvislosti správny súd zdôrazňuje,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ust. § 185 (prejednávaný prípad) je žalobca zároveň povinný dostatočne vymedziť aj konkrétny dôvod a skutkové okolnosti s ním spojené. Inštitút odkladného účinku má dočasný charakter a je výlučne na žalobcovi, aby označil zákonné dôvody hrozby vymedzené v ust. § 185 SSP. Pri návrhu na priznanie odkladného účinku správnej žalobe má žalobca povinnosť dôvody na jeho priznanie nielen uviesť, ale má i tú povinnosť, niektorý z týchto dôvodov správnemu súdu osvedčiť tak, aby bolo zrejmé, že nepriznanie odkladného účinku žalobe je spôsobilé reálne privodiť závažnú ujmu, hospodársku či finančnú škodu, prípadne iný vážny nenapraviteľný následok. V prejednávanom prípade k osvedčeniu dôvodu pre priznanie odkladného účinku správnej žalobe žalobcu nedošlo. 10. Primárne považuje správny za potrebné uviesť, že nastúpenie odkladného účinku správnej žaloby predstavuje iba určitú výnimku a nie pravidlo, kedy ešte pred rozhodnutím správneho súdu vo veci samej nastupujú právne následky predpokladané v ust. § 186 ods. 1 SSP, ktoré sa vo svojej podstate blížia k účinkom vyhovenia správnej žalobe. 11. V kontexte vyššie uvedených skutočností týkajúcich sa zákonných podmienok možnosti priznať odkladný účinok správnej žalobe a argumentácie žalobcu obsiahnutej v návrhu na priznanie odkladného účinku správnej žalobe, tunajší súd zastal názor, že žalobca hodnoverne neosvedčil tvrdenú hrozbu vzniku závažnej ujmy, značnej hospodárskej a finančnej škody v spojení s okamžitým výkonom napadnutého rozhodnutia žalovaného. Na základe tvrdení žalobcu a predložených dokladov (prehľad dlhodobého majetku za obdobie 09.2018 podľa útvarov a evidenčných skupín zo dňa 29.10.2018, účtovnej závierky za predchádzajúce účtovné obdobie schválenej ku dňu 31.12.2017, účtovnej závierky zostavenej k 31.12.2018 za obdobie od 1/2018 do 12/2018, náklady na zamestnancov žalobcu za august 2019) si správny súd vytvoril obraz o celkovej finančnej situácii žalobcu. Žalobca je postihnutý exekúciami, má negatívny hospodársky výsledok, je v nepriaznivej finančnej situácii a hospodári s účtovnou stratou. V jednej časti návrhu na priznanie odkladného účinku správnej žalobe tvrdí, že mu likvidácia hrozí a ukončenie činnosti žalobcu je nezvratné, v inej časti argumentuje tým, že je v stabilizovanej situácii resp. že svoju situáciu udržuje. Z argumentácie žalobcu je citeľná istá neurčitosť tvrdení a nesúlad v argumentácii. Tvrdí, že výkon rozhodnutia spôsobí „absolútny rozklad“ žalobcu, avšak zo žalobcom predložených dokumentov správnemu súdu vychodí, že žalobca už toho času je platobne neschopný a je predlžený. Je nutné poukázať aj na tú skutočnosť, že žalobcom predložené účtovné závierky boli zostavené ku dňu 31.12.2018 a ku dňu 31.12.2017, a teda neodrážajú reálny stav ku dňu podania návrhu na priznanie odkladného účinku správnej žalobe, ktorý bol doručený tunajšiemu súdu spolu so žalobou vo veci samej dňa 08.10.2019. Ani prehľad dlhodobého majetku za obdobie 09.2018 podľa útvarov a evidenčných skupín zo dňa 29.10.2018 v spojitosti s vyčíslením nákladov na zamestnancov žalobcu za august 2019 nepreukazuje splnenie zákonných podmienok pre vydanie kladného rozhodnutia súdu o odkladnom účinku žaloby. Taktiež ani odkaz na žalobcom uvádzané rozhodnutia „v obdobných veciach“ iných krajských súdov, pretože rozhodnutiami iných krajských súdov v obdobných veciach nie je správny súd pri rozhodovaní právne viazaný. Naviac, nejedná sa o totožné súdené veci, a preto v danom prípade nemožno hovoriť o porušení princípu zachovania právnej istoty žalobcu na rozhodovaní súdov a legitímneho očakávania žalobcu v dôsledku už raz priznaného odkladného účinku správnej žalobe. 12. Priznanie odkladného účinku neslúži na zhojenie nepriaznivej finančnej situácie a nepredstavuje spôsob vyhnutia sa plneniu svojich záväzkov. Je potrebné si uvedomiť, že rozhodnutie o priznaní odkladného účinku žalobe nezbavuje žalobcu povinnosti zaplatenia daňových pohľadávok a v zásade jeho priznanie odôvodňuje prechodný stav, keď by okamžitým výkonom rozhodnutia hrozila žalobcovi závažná ujma, a nie ju privodilo splnenie uloženej povinnosti ako takej. 13. Záverom tunajší súd uvádza, že nie je vecou správneho súdu, aby „nahrádzal aktivitu“ žalobcu a „vyhľadával dôkazy“, ktoré by priznanie odkladného účinku správnej žalobe odôvodňovali. Žalobca neosvedčil ani tú skutočnosť, že priznanie odkladného účinku žaloby nie je v rozpore s verejným záujmom. Žalobca sám poukázal na skutočnosť, že na strane žalobcu je daná objektívna nemožnosť dobrovoľného plnenia bez toho, aby ukončil svoju činnosť. Z uvedeného je podľa názoru správneho súdu možné vyvodiť, že žalobca nemá záujem na dobrovoľnom plnení si svojich daňových povinností poukazujúc na svoju zlú finančnú situáciu. Ak by aj boli splnené podmienky pre priznanie odkladného účinku, čo podľa názoru súdu nie sú, je tu kolízia s verejným záujmom, pretože v preskúmavanom prípade verejný záujem spočíva vo včasnom a riadnom výbere daní a v danom prípade žalobca dobrovoľne nesplnil svoju daňovú povinnosť, ktorej splatnosť už nastala. Nakoľko žalobca hodnoverne žiadne priame reálne dopady a ujmy, ktoré by mohli zmariť ochranu jeho subjektívnych práv a právom chránených záujmov, resp. zákonnosti v prípade vyhovujúceho rozhodnutia správneho súdu o správnej žalobe, neosvedčil, Krajský súd v Bratislave podľa ust. § 188 SSP návrh žalobcu na priznanie odkladného účinku správnej žalobe zamietol. 14.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https://www.kauzis.sk/judikatura/r/ECLI:SK:KSBA:2020:1019201370.2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