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5S/248/2019 z 10. 2. 2020</w:t>
      </w:r>
    </w:p>
    <w:p>
      <w:r>
        <w:t>Uznesenie Krajského súdu Bratislava z 10. februára 2020, sp. zn. 5S/248/2019, ECLI:SK:KSBA:2020:1019201514.3</w:t>
      </w:r>
    </w:p>
    <w:p>
      <w:r>
        <w:t>Súd: Krajský súd Bratislava</w:t>
      </w:r>
    </w:p>
    <w:p>
      <w:r>
        <w:t>Spisová značka: 5S/248/2019</w:t>
      </w:r>
    </w:p>
    <w:p>
      <w:r>
        <w:t>ECLI: ECLI:SK:KSBA:2020:1019201514.3</w:t>
      </w:r>
    </w:p>
    <w:p>
      <w:r>
        <w:t>Dátum vydania: 10.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5S/248/2019 Identifikačné číslo súdneho spisu: 1019201514 Dátum vydania rozhodnutia: 11. 02. 2020 Meno a priezvisko sudcu, VSÚ: JUDr. Anna Peťovská PhD. ECLI: ECLI:SK:KSBA:2020:1019201514.3 Uznesenie Krajský súd v Bratislave v právnej veci žalobcu: Z.. J. F., trvale bytom M. X/B, XXX XX U. proti žalovanému: Základná škola Dr. Ivana Dérera, Jelenia 16, 811 05 Bratislava, za účasti: Z.. U. F., trvale bytom M. XXXX/XB, prechodne bytom T. XXX, F., o preskúmanie zákonnosti rozhodnutia žalovaného č. l. 431/2019/R 56 zo dňa 13.09.2019, o späťvzatí žaloby, takto r o z h o d o l : I. Správny súd konanie z a s t a v u j e. II. Žiaden z účastníkov nemá právo na náhradu trov konania. o d ô v o d n e n i e : 1. Správnou žalobou doručenou Krajskému súdu v Bratislave ako správnemu súdu dňa 06.11.2019 sa žalobca domáha preskúmania zákonnosti rozhodnutia žalovaného č. l. 431/2019/R56 zo dňa 13.09.2019 (ďalej len „napadnuté rozhodnutie“), ktorým rozhodol podľa § 5 ods. 3 písm. a) zákona č. 596/2003 Z. z. o štátnej správe v školstve a školskej samospráve a o zmene a doplnení niektorých zákonov ako aj podľa § 31 ods. 1 zákona č. 245/2008 Z. z. o výchove a vzdelávaní (školský zákon) a o zmene a doplnení niektorých zákonov v znení neskorších predpisov a podľa § 46 a § 47 zákona č. 71/1967 Zb. o správnom konaní (správny poriadok) tak, že neprijíma na základné vzdelávanie mal. K. F., M. X/B, XXX XX U. syna rodičov matky: Z.. U. F., trvale bytom M. XXXX/XB, prechodne bytom T. XXX, F. a otca: Z.. J. F., trvale bytom M. X/B, XXX XX U.. Žalobca žiada napadnuté rozhodnutie žalovaného zrušiť a vec vrátiť žalovanému na ďalšie konanie. 2. V podaní doručenom správnemu súdu dňa 03.02.2020 žalobca súdu oznámil, že berie správnu žalobu späť z dôvodu, že v predmetnej veci prebieha odvolacie konanie na 2. stupni, resp. na nadriadenom orgáne. K podaniu priložil oznámenie žalovaného zo dňa 31.01.2020, ktorým mu riaditeľka Základnej školy Dr. Ivana Dérera, Jelenia 16, 811 05 Bratislava oznámila, že dňa 31.01.2020 predložila spis o odvolaní žalobcu na vybavenie oddeleniu školstva mestskej časti Bratislava - Staré Mesto. 3.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https://www.kauzis.sk/judikatura/r/ECLI:SK:KSBA:2020:1019201514.3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