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2S/218/2019 z 28. 4. 2020</w:t>
      </w:r>
    </w:p>
    <w:p>
      <w:r>
        <w:t>Uznesenie Krajského súdu Bratislava z 28. apríla 2020, sp. zn. 2S/218/2019, ECLI:SK:KSBA:2020:1019201516.3</w:t>
      </w:r>
    </w:p>
    <w:p>
      <w:r>
        <w:t>Súd: Krajský súd Bratislava</w:t>
      </w:r>
    </w:p>
    <w:p>
      <w:r>
        <w:t>Spisová značka: 2S/218/2019</w:t>
      </w:r>
    </w:p>
    <w:p>
      <w:r>
        <w:t>ECLI: ECLI:SK:KSBA:2020:1019201516.3</w:t>
      </w:r>
    </w:p>
    <w:p>
      <w:r>
        <w:t>Dátum vydania: 28.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2S/218/2019 Identifikačné číslo súdneho spisu: 1019201516 Dátum vydania rozhodnutia: 29. 04. 2020 Meno a priezvisko sudcu, VSÚ: JUDr. Michal Dzurdzík PhD. ECLI: ECLI:SK:KSBA:2020:1019201516.3 Uznesenie Krajský súd v Bratislave v právnej veci žalobcu: LÚČKY Development, s.r.o., so sídlom Ľudovíta Fullu č. 7, 841 05 Bratislava IČO: 46843256, zastúpeného spoločnosťou Jozef Buday - advokát, s.r.o., Ak so sídlom Štefánika č. 15, 811 05 Bratislava, proti žalovanému: Mestská časť Bratislava - Karlova Ves, Nám. sv. Františka č. 8, 842 62 Bratislava, v konaní o preskúmanie zákonnosti rozhodnutia žalovaného č. KV/SU/88/2019/12603/DH zo dňa 03.11.2019, takto r o z h o d o l : Krajský súd v Bratislave konanie z a s t a v u j e. Žiaden z účastníkov nemá právo na náhradu trov konania. o d ô v o d n e n i e : 1.Správnou žalobou zo dňa 06.11.2019, doručenou Krajskému súdu v Bratislave dňa 07.11.2019, sa žalobca domáhal preskúmania zákonnosti rozhodnutia žalovaného č. KV/SU/88/2019/12603/DH zo dňa 03.11.2019. Predmetné rozhodnutie bolo vydané stavebným úradom mestská časť Bratislava - Karlova Ves ako „Výzva na doplnenie podania č. 3 a rozhodnutie o prerušení konania.“ 2. Podaním doručeným Krajskému súdu dňa 02.04.2020 vzal žalobca prostredníctvom advokáta správnu žalobu v celom rozsahu späť a žiadal konanie zastaviť.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prejednaním a rozhodnutím veci t.j. do vydania rozhodnutia správneho súdu vo veci samej, správny súd v súlade s ustanovením § 99 písm. a) SSP konanie zastavil. 6.O náhrade trov konania správny súd rozhodol podľa § 170 písm. b) SSP tak, že žiaden z účastníkov nemá právo na náhradu trov konania, nakoľko konanie bolo zastavené a nebol zistený žiaden dôvod pre aplikáciu ust. § 171 ods. 1 SSP. 7.Vzhľadom na citované zákonné ustanovenia a s poukazom na vyššie uvedené skutočnosti, správny súd rozhodol tak, ako je uvedené vo výrokovej časti tohto rozhodnutia. O vrátení súdneho poplatku za správnu žalobu rozhodne správny súd samostatným uznesením. 8.Toto rozhodnutie prijal senát Krajského súdu v Bratislave pomerom hlasov 3 : 0 (§ 139 ods. 4 v spojení s § 147 ods. 2 SSP). Poučenie: Proti tomuto uzneseniu je možné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https://www.kauzis.sk/judikatura/r/ECLI:SK:KSBA:2020:1019201516.3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