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6S/272/2019 z 12. 2. 2020</w:t>
      </w:r>
    </w:p>
    <w:p>
      <w:r>
        <w:t>Uznesenie Krajského súdu Bratislava z 12. februára 2020, sp. zn. 6S/272/2019, ECLI:SK:KSBA:2020:1019201722.1</w:t>
      </w:r>
    </w:p>
    <w:p>
      <w:r>
        <w:t>Súd: Krajský súd Bratislava</w:t>
      </w:r>
    </w:p>
    <w:p>
      <w:r>
        <w:t>Spisová značka: 6S/272/2019</w:t>
      </w:r>
    </w:p>
    <w:p>
      <w:r>
        <w:t>ECLI: ECLI:SK:KSBA:2020:1019201722.1</w:t>
      </w:r>
    </w:p>
    <w:p>
      <w:r>
        <w:t>Dátum vydania: 12.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6S/272/2019 Identifikačné číslo súdneho spisu: 1019201722 Dátum vydania rozhodnutia: 13. 02. 2020 Meno a priezvisko sudcu, VSÚ: JUDr. Andrea Krišková ECLI: ECLI:SK:KSBA:2020:1019201722.1 Uznesenie Krajský súd v Bratislave v právnej veci žalobcu: M Luxury Bazar s.r.o., Galvaniho 12/A, 821 04 Bratislava, proti žalovanému: Slovenská obchodná inšpekcia, Ústredný inšpektorát, Bajkalská 21/A, 827 99 Bratislava, v konaní o preskúmanie zákonnosti rozhodnutia žalovaného č. SK/0022/99/2019 zo dňa 02.10.2019, takto r o z h o d o l : Krajský súd v Bratislave p o s t u p u j e vec Krajskému súdu v Nitre. o d ô v o d n e n i e : 1. Žalobou doručenou tunajšiemu správnemu súdu dňa 19.12.2019 sa žalobca domáhal preskúmania zákonnosti rozhodnutia žalovaného č. SK/0022/99/2019 zo dňa 02.10.2019, ktorým potvrdil rozhodnutie Slovenskej obchodnej inšpekcie - Nitra č. K/0248/04/18 zo dňa 26.11.2018 o uložení pokuty vo výške 1 659,- eur. 2. Podľa § 9 ods. 1 SSP, konanie sa uskutočňuje na tom správnom súde, ktorý je vecne, miestne a kauzálne príslušný. Príslušnosť sa určuje podľa okolností existujúcich v čase začatia konania a trvá až do jeho skončenia. 3. Podľa § 10 Správneho súdneho poriadku (ďalej len SSP),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Príslušnosť je procesnou podmienkou konania správneho súdu. Na príslušnosť sa vzťahuje zásada “perpetuatio fori“, podľa ktorej sa skutkové okolnosti významné pre príslušnosť zisťujú z návrhu na začatie konania k momentu začatia konania a trvajú až do skončenia konania. 9. Krajský súd v Bratislave pred vecným vybavením žaloby, skúmal svoju vecnú a miestnu príslušnosť na konanie podľa § 10 a § 13 ods. 3 SSP (účinného od 01.07.2016) a zistil, že nie je miestne príslušný na konanie v predmetnej veci, ale miestne príslušným súdom je Krajský súd v Nitre. 10. Príslušnosť správneho súdu na konanie a rozhodovanie v správnom súdnictve je upravená v § 13 SSP, pričom z dikcie § 13 ods. 1 vyplýva, že miestne príslušným súdom v konaniach je súd, v obvode ktorého má sídlo orgán verejnej správy, ktorý rozhodol v prvom stupni. Zo správnej žaloby mal správny súd za preukázané, že žalobca sa domáha preskúmania a zrušenia rozhodnutia žalovaného č. SK/0022/99/2019 zo dňa 02.10.2019, ktorým potvrdil rozhodnutie Slovenskej obchodnej inšpekcie so sídlom v Nitre. Vzhľadom na túto skutočnosť, a s poukazom na § 13 ods. 1 SSP správny súd dospel k záveru, že v tomto konaní nie je miestne príslušný, aby vo veci konal. 11. V zmysle uvedeného tak Krajský súd v Bratislave postupoval v zmysle § 18 ods. 2 veta prvá SSP a vec po právoplatnosti tohto uznesenia postúpi súdu vecne a miestne príslušnému na konanie, t.j. Krajskému súdu v Nitre. 12. Právne účinky spojené s podaním žaloby alebo iného podania zostávajú zachované (§ 18 ods. 5 SSP). 13. Toto rozhodnutie senát Krajského súdu v Bratislave prijal pomerom hlasov 3 : 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https://www.kauzis.sk/judikatura/r/ECLI:SK:KSBA:2020:1019201722.1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