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1S/5/2020 z 15. 1. 2020</w:t>
      </w:r>
    </w:p>
    <w:p>
      <w:r>
        <w:t>Uznesenie Krajského súdu Bratislava z 15. januára 2020, sp. zn. 1S/5/2020, ECLI:SK:KSBA:2020:1020200023.1</w:t>
      </w:r>
    </w:p>
    <w:p>
      <w:r>
        <w:t>Súd: Krajský súd Bratislava</w:t>
      </w:r>
    </w:p>
    <w:p>
      <w:r>
        <w:t>Spisová značka: 1S/5/2020</w:t>
      </w:r>
    </w:p>
    <w:p>
      <w:r>
        <w:t>ECLI: ECLI:SK:KSBA:2020:1020200023.1</w:t>
      </w:r>
    </w:p>
    <w:p>
      <w:r>
        <w:t>Dátum vydania: 15. 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1S/5/2020 Identifikačné číslo súdneho spisu: 1020200023 Dátum vydania rozhodnutia: 16. 01. 2020 Meno a priezvisko sudcu, VSÚ: JUDr. Zuzana Mališová ECLI: ECLI:SK:KSBA:2020:1020200023.1 Uznesenie Krajský súd v Bratislave v právnej veci žalobcu: H. Y., nar. XX.XX.XXXX, t.č. I. na výkon trestu odňatia slobody G. Z. 1, XXX XX P. nad J., adresa na doručovanie: Poštový priečinok XX, XXX XX P. nad J., proti žalovanému: Centrum právnej pomoci, so sídlom Námestie slobody 12, 810 05 Bratislava, v konaní o preskúmanie zákonnosti rozhodnutia žalovaného č. KaBA 25901/2019, takto r o z h o d o l : Krajský súd v Bratislave p o s t u p u j e vec Krajskému súdu v Trnave. o d ô v o d n e n i e : 1. Žalobou doručenou Krajskému súdu v Bratislave dňa 09.01.2020 sa žalobca domáha preskúmania zákonnosti rozhodnutia žalovaného č. KaBA 25901/2019 doručeného dňa 30.01.2020, ktorým mu nebola priznaná právna pomoc. 2. Podľa § 13 ods. 1 zákona č. 162/2015 Z. z. Správny súdny poriadok (ďalej len „SSP“), miestne príslušným je krajský súd, v ktorého obvode má sídlo orgán verejnej správy, ktorý rozhodol v prvom stupni, ak tento zákon neustanovuje inak. 3.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4. Podľa § 18 ods. 2 SSP, ak správny súd zistí, že nie je vecne, miestne alebo kauzálne príslušný, postúpi vec uznesením príslušnému správnemu súdu. Nižší správny súd je postúpením veci vyšším správnym súdom viazaný. 5. V predmetnom prípade ide o konanie o správnej žalobe proti rozhodnutiu žalobcu o nepriznaní právnej pomoci v zmysle zákona č. 327/2005 Z.z. o poskytovaní právnej pomoci osobám v materiálnej núdzi a o zmene a doplnení zákona č. 586/2003 Z.z. o advokácii a o zmene a doplnení zákona č.455/1991 Zb. o živnostenskom podnikaní v znení neskorších predpisov v znení zákona č. 8/2005 Z.z. Miestna príslušnosť ustanovená v § 13 ods. 3 SSP bola zákonodarcom zakotvená vo vzťahu k rozhodovaniu o žalobách vydaných v konaní o poskytnutí právnej pomoci podľa zákona o poskytovaní právnej pomoci osobám v materiálnej núdzi, pretože pri takýchto osobách je namieste uprednostniť im najbližší krajský súd. 6. Žalobca sa t.č. zdržiava v Ústave na výkon trestu odňatia slobody G.a. Miestne príslušným súdom je súd určený v zmysle § 13 ods. 3 SSP, t.j. krajský súd, v ktorého obvode sa fyzická osoba zdržuje. 7. Keďže žalobca sa momentálne zdržiava v Ústave na výkon trestu odňatia slobody DZ., je miestne príslušným na rozhodovanie o podanej žalobe Krajský súd v Trnave z dôvodu, že žalobca spadá pod obvod trnavského kraja. 8. Nakoľko v uvedenej veci bolo zistené, že Krajský súd v Bratislave nie je miestne príslušným na konanie v predmetnej veci, vec bude po právoplatnosti tohto uznesenia postúpená Krajskému súdu v Trnave. 9. Toto rozhodnutie prijal senát krajského súdu pomerom hlasov 3:0 (§ 139 ods. 4 SSP v spojení s § 147 ods. 2 SSP). Poučenie: Proti tomuto uzneseniu nie je prípustná kasačná sťažnosť (§ 439 ods. 2 písm. d) SSP).</w:t>
      </w:r>
    </w:p>
    <w:p/>
    <w:p>
      <w:r>
        <w:t>Zdroj: KAUZIS.SK – https://www.kauzis.sk/judikatura/r/ECLI:SK:KSBA:2020:1020200023.1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