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5S/14/2020 z 18. 2. 2020</w:t>
      </w:r>
    </w:p>
    <w:p>
      <w:r>
        <w:t>Uznesenie Krajského súdu Bratislava z 18. februára 2020, sp. zn. 5S/14/2020, ECLI:SK:KSBA:2020:1020200075.1</w:t>
      </w:r>
    </w:p>
    <w:p>
      <w:r>
        <w:t>Súd: Krajský súd Bratislava</w:t>
      </w:r>
    </w:p>
    <w:p>
      <w:r>
        <w:t>Spisová značka: 5S/14/2020</w:t>
      </w:r>
    </w:p>
    <w:p>
      <w:r>
        <w:t>ECLI: ECLI:SK:KSBA:2020:1020200075.1</w:t>
      </w:r>
    </w:p>
    <w:p>
      <w:r>
        <w:t>Dátum vydania: 18. 2. 2020</w:t>
      </w:r>
    </w:p>
    <w:p>
      <w:r>
        <w:t>Forma: Uznesenie</w:t>
      </w:r>
    </w:p>
    <w:p>
      <w:pPr>
        <w:pStyle w:val="Heading2"/>
      </w:pPr>
      <w:r>
        <w:t>Text rozhodnutia</w:t>
      </w:r>
    </w:p>
    <w:p>
      <w:r>
        <w:t>Súd: Krajský súd Bratislava Spisová značka: 5S/14/2020 Identifikačné číslo súdneho spisu: 1020200075 Dátum vydania rozhodnutia: 19. 02. 2020 Meno a priezvisko sudcu, VSÚ: Mgr. Radim Hudec ECLI: ECLI:SK:KSBA:2020:1020200075.1 Uznesenie Krajský súd v Bratislave v právnej veci žalobcu: Pomoc Motoristom, s.r.o., so sídlom Juraja Závodského 457/57, 010 04 Žilina, IČO: 50 247 026, právne zastúpený: ADVOKÁTI Müller § Dikoš, s.r.o., Závodská cesta 3911/24, 010 01 Žilina, IČO: 36 864 455 proti žalovanému: Úrad pre dohľad nad zdravotnou starostlivosťou, Žellova 2, 829 24 Bratislava 25, o preskúmanie zákonnosti rozhodnutia žalovaného č. 95959/2019 zo dňa 13.11.2019, v konaní o zastavení konania pre nezaplatenie súdneho poplatku, takto r o z h o d o l : Správny súd konanie z a s t a v u j e. o d ô v o d n e n i e : 1. Žalobou doručenou tunajšiemu správnemu súdu dňa 17.01.2020 sa žalobca domáha preskúmania zákonnosti rozhodnutia žalovaného č. 95959/2019 zo dňa 13.11.2019 (ďalej len „napadnuté rozhodnutie“), ktorým žalovaný zamietol rozklad žalobcu a potvrdil rozhodnutie Úradu pre dohľad nad zdravotnou starostlivosťou, právneho odboru č. k. ZZS 971/00418/2019, č. sp. 15292/2019/971, č. záznamu 66983/2019 zo dňa 21.08.2019, ktorým Úrad pre dohľad nad zdravotnou starostlivosťou, právny odbor zamietol žiadosť účastníka konania o vydanie povolenia na prevádzkovanie ambulancie záchrannej zdravotnej služby, a to ambulancie rýchlej zdravotnej pomoci v sídle stanice Makov. 2. Keďže žalobca spolu s podaním žaloby nezaplatil súdny poplatok za žalobu v sume 70,- eur podľa položky č. 10 písm. a) sadzobníka súdnych poplatkov v spojení s § 6 ods. 1 a ods. 5 zákona č. 71/1992 Zb. o súdnych poplatkoch a poplatku za výpis z registra trestov v znení neskorších predpisov, správny súd ho pod následkom zastavenia konania vyzval na zaplatenie súdneho poplatku za podanie žaloby v lehote 10 dní od doručenia, výzvou č. k. 5S/14/2020-25 zo dňa 30.01.2020. Výzva na zaplatenie súdneho poplatku bola doručovaná právnemu zástupcovi žalobcu do elektronickej schránky a doručená mu bola dňa 05.02.2020. 3. Správny súd konštatuje, že lehota na zaplatenie súdneho poplatku za žalobu žalobcovi uplynula dňom 17.02.2020.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https://www.kauzis.sk/judikatura/r/ECLI:SK:KSBA:2020:1020200075.1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