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8Sa/5/2020 z 29. 10. 2020</w:t>
      </w:r>
    </w:p>
    <w:p>
      <w:r>
        <w:t>Uznesenie Krajského súdu Bratislava z 29. októbra 2020, sp. zn. 8Sa/5/2020, ECLI:SK:KSBA:2020:1020200080.1</w:t>
      </w:r>
    </w:p>
    <w:p>
      <w:r>
        <w:t>Súd: Krajský súd Bratislava</w:t>
      </w:r>
    </w:p>
    <w:p>
      <w:r>
        <w:t>Spisová značka: 8Sa/5/2020</w:t>
      </w:r>
    </w:p>
    <w:p>
      <w:r>
        <w:t>ECLI: ECLI:SK:KSBA:2020:1020200080.1</w:t>
      </w:r>
    </w:p>
    <w:p>
      <w:r>
        <w:t>Dátum vydania: 29. 10. 2020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8Sa/5/2020 Identifikačné číslo súdneho spisu: 1020200080 Dátum vydania rozhodnutia: 30. 10. 2020 Meno a priezvisko sudcu, VSÚ: JUDr. Blanka Malichová ECLI: ECLI:SK:KSBA:2020:1020200080.1 Uznesenie Krajský súd v Bratislave v právnej veci žalobkyne: M. U., nar. XX.XX.XXXX, bytom D. X/XX, XXX XX A., zastúpená: Mgr. Štefan Slováčik, advokát, so sídlom Mostná 46, 949 01 Nitra proti žalovanej: Sociálna poisťovňa, ústredie, ul. 29. augusta č. 8-10, Bratislava, o preskúmanie zákonnosti rozhodnutia č. 70285-2/2019-BA zo dňa 11. novembra 2019, takto r o z h o d o l : Krajský súd v Bratislave p o s t u p u j e vec vedenú pod sp. zn. 8Sa/5/2020 miestne príslušnému Krajskému súdu v Nitre. o d ô v o d n e n i e : 1. Dňa 20.01.2020 bola Krajskému súdu v Bratislave, ako správnemu súdu, doručená žaloba, v ktorej žalobkyňa navrhla, aby súd zrušil rozhodnutie Sociálnej poisťovne č. 70285-2/2019-BA zo dňa 11.11.2019 a vec jej vrátil na ďalšie konanie. Zo žaloby vyplýva, že napadnutým rozhodnutím žalovaná v celom rozsahu zamietla odvolanie žalobkyne podané proti rozhodnutiu prvostupňového orgánu č. 59282-3/2019 zo dňa 20.08.2019, ktorým jej nepriznal nárok na úrazovú rentu v dôsledku choroby z povolania, zistenej dňa 20.06.1984. 2. Podľa § 6 ods. 1 zákona č. 162/2015 Z. z. Správny súdny poriadok (ďalej aj „SSP“),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3. Podľa § 6 ods. 2 písm. c/ SSP, správne súdy rozhodujú v konaniach o správnych žalobách v sociálnych veciach. 4. Podľa § 10 SSP, na konanie a rozhodovanie v správnom súdnictve sú vecne príslušné krajské súdy, ak tento zákon neustanovuje inak. 5. Podľa § 13 ods. 1 SSP, miestne príslušným je krajský súd, v ktorého obvode má sídlo orgán verejnej správy, ktorý rozhodol v prvom stupni, ak tento zákon neustanovuje inak. 6. Podľa § 13 ods. 3 SSP, v konaní o správnej žalobe proti rozhodnutiam o poskytovaní právnej pomoci podľa osobitného predpisu, v konaniach podľa § 6 ods. 2 písm. c/ a d/ a na konanie o vykonateľnosti rozhodnutí cudzích orgánov verejnej správy je miestne príslušný krajský súd, v ktorého obvode má žalobca adresu trvalého pobytu, miesto podnikania alebo sídlo; ak takého súdu niet a žalobcom je fyzická osoba, je miestne príslušný krajský súd, v ktorého obvode sa fyzická osoba zdržuje. 7. Podľa § 18 ods. 2 prvá veta SSP, ak správny súd zistí, že nie je vecne, miestne alebo kauzálne príslušný, postúpi vec uznesením príslušnému správnemu súdu. 8. Podľa § 97 SSP, ak tento zákon neustanovuje inak, správny súd kedykoľvek počas konania prihliada na to, či sú splnené procesné podmienky, za ktorých môže správny súd konať a rozhodnúť (procesné podmienky). 9. Podľa § 199 ods. 1 písm. a/ SSP, sociálnymi vecami sa na účely tohto zákona rozumie rozhodovanie Sociálnej poisťovne. 10. S poukazom na vyššie citované zákonné ustanovenia Krajský súd v Bratislave skúmal svoju miestnu príslušnosť na konanie. V zmysle ustanovenia § 13 ods. 3 SSP je na konanie o správnej žalobe v sociálnych veciach miestne príslušný krajský súd, v ktorého obvode má žalobkyňa adresu trvalého pobytu. 11. Súd postupuje vec v súlade s ust. § 18 ods. 2 SSP Krajskému súdu v Nitre, vecne a miestne príslušnému na konanie o správnej žalobe v sociálnych veciach podľa ust. § 13 ods. 3 SSP, nakoľko Nitra, v ktorej sa podľa žaloby nachádza adresa trvalého pobytu žalobkyne, je podľa § 10 zákona č. 221/1996 Z. z. o územnom a správnom usporiadaní SR v spojení s nariadením vlády SR č. 258/1996 Z. z., ktorým sa vydáva zoznam obcí a vojenských obvodov tvoriacich jednotlivé okresy, okresom podľa ust. § 2 ods. 10 v spojení s § 3 ods. 4 písm. a/ zákona č. 371/2004 Z. z. o sídlach a obvodoch súdov SR patriacim do územnej pôsobnosti Okresného súdu Nitra, ktorého obvod prislúcha do územnej pôsobnosti Krajského súdu v Nitre. Poučenie: Proti tomuto uzneseniu kasačná sťažnosť nie je prípustná (§ 439 ods. 2 písm. d/ SSP).</w:t>
      </w:r>
    </w:p>
    <w:p/>
    <w:p>
      <w:r>
        <w:t>Zdroj: KAUZIS.SK – https://www.kauzis.sk/judikatura/r/ECLI:SK:KSBA:2020:1020200080.1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