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6S/15/2020 z 25. 3. 2020</w:t>
      </w:r>
    </w:p>
    <w:p>
      <w:r>
        <w:t>Uznesenie Krajského súdu Bratislava z 25. marca 2020, sp. zn. 6S/15/2020, ECLI:SK:KSBA:2020:1020200086.1</w:t>
      </w:r>
    </w:p>
    <w:p>
      <w:r>
        <w:t>Súd: Krajský súd Bratislava</w:t>
      </w:r>
    </w:p>
    <w:p>
      <w:r>
        <w:t>Spisová značka: 6S/15/2020</w:t>
      </w:r>
    </w:p>
    <w:p>
      <w:r>
        <w:t>ECLI: ECLI:SK:KSBA:2020:1020200086.1</w:t>
      </w:r>
    </w:p>
    <w:p>
      <w:r>
        <w:t>Dátum vydania: 25. 3.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6S/15/2020 Identifikačné číslo súdneho spisu: 1020200086 Dátum vydania rozhodnutia: 26. 03. 2020 Meno a priezvisko sudcu, VSÚ: Mgr. Marián Degma ECLI: ECLI:SK:KSBA:2020:1020200086.1 Uznesenie Krajský súd v Bratislave ako správny súd v právnej veci žalobcu: PENAM, a.s., Cejl 504/38, Zábrdovice, 60 200 Brno, Česká republika, identifikačné č. 469 67 851, právne zastúpený: Barger Prekop s.r.o., advokátska kancelária, Mostová 2, 811 02 Bratislava, konajúca prostredníctvom Romana Prekopa, advokáta a konateľa, proti žalovanému: Protimonopolný úrad Slovenskej republiky, Drieňová 24, 826 03 Bratislava, o preskúmanie zákonnosti opatrenia žalovaného číslo: 798/2019/OLPaZV-IZ-927/2019 Zápis zo zasadnutia Komisie k posudzovaniu ochrany obchodného tajomstva, dôverných informácii a osobných údajov zo dňa 28.10.2019, takto r o z h o d o l : Súd spája na spoločné konanie veci vedené na Krajskom súde v Bratislave pod sp. zn. 6S/15/2020 a sp. zn. 1S/18/2020, s tým, že ďalej budú vedené pod sp. zn. 6S/15/2020. o d ô v o d n e n i e : 1. Žalobou doručenou Krajskému súdu v Bratislave (ďalej len „správny súd“) dňa 17.01.2020 sa žalobca domáhal preskúmania zákonnosti opatrenia žalovaného číslo: 798/2019/OLPaZV-IZ-927/2019 zo dňa 28.10.2019 Zápis zo zasadnutia Komisie k posudzovaniu ochrany obchodného tajomstva, dôverných informácii a osobných údajov. 2. Správny súd vlastným šetrením zistil, že voči napádanému rozhodnutiu podala správnu žalobu aj spol. PENAM SLOVAKIA, a.s., Nitra, zastúpená agner &amp; partners, s.r.o., Špitálska 10, 811 08 Bratislava, a konanie o tejto žalobe je vedené na Krajskom súde v Bratislave pod sp. zn. 1S/18/2020. Nakoľko sa žalobcovia v konaní vedenom pod sp. zn. 6S/15/2020 a sp. zn. 1S/18/2020 domáhajú preskúmania zákonnosti totožného rozhodnutia, a to opatrenia žalovaného číslo: 798/2019/OLPaZV-IZ-927/2019 zo dňa 28.10.2019 Zápis zo zasadnutia Komisie k posudzovaniu ochrany obchodného tajomstva, dôverných informácii a osobných údajov, správny súd postupoval v zmysle § 65 zákona č. 162/2015 Z.z. Správneho súdneho poriadku (ďalej len „SSP“). 3. Podľa § 65 ods. 1 SSP, v záujme hospodárnosti konania môže správny súd uznesením spojiť na spoločné konanie veci, ktoré sa u neho začali na základe samostatnej žaloby a ktoré spolu skutkovo súvisia alebo sa týkajú tých istých účastníkov konania. Ak boli takéto konania pridelené viacerým senátom alebo sudcom toho istého správneho súdu, rozhodne o spojení konaní predseda senátu alebo sudca, u ktorého sa začalo konanie skôr. 4. Podľa § 65 ods. 2 SSP, pri podaní viacerých súvisiacich žalôb je žalobca povinný označiť ich súvislosť a vzájomný vzťah; môže podať návrh na ich spojenie. 5. Podľa § 65 ods. 3 SSP, predseda senátu uznesením spojí na spoločné konanie veci, ak sa preskúmania zákonnosti v tej istej veci domáhajú súčasne viacerí účastníci administratívneho konania alebo účastník administratívneho konania a prokurátor. Ustanovenie odseku 1 druhej vety platí obdobne. 6. Vzhľadom na skutočnosť, že veci vedené pod sp. zn. 6S/15/2020 a sp. zn. 1S/18/2020 spolu skutkovo súvisia, obe žaloby smerujú proti tomu istému opatreniu žalovaného a preskúmania jeho zákonnosti sa domáhajú obaja účastníci administratívneho konania, súd s prihliadnutím na zásadu hospodárnosti konania, podľa § 65 SSP rozhodol o spojení týchto veci na spoločné konanie pri zachovaní rovnoprávneho postavenia účastníkov v konaní, pričom súd prejedná v jednom konaní všetky námietky žalobcov proti preskúmavanému opatreniu žalovaného orgánu verejnej správy. Keďže predmetné súdne konanie sa začalo skôr, spojené veci budú ďalej vedené pod sp. zn. 6S/15/2020. Poučenie: Proti tomuto uzneseniu nie je prípustná kasačná sťažnosť. (§ 439 ods. 2 písm. a) SSP).</w:t>
      </w:r>
    </w:p>
    <w:p/>
    <w:p>
      <w:r>
        <w:t>Zdroj: KAUZIS.SK – https://www.kauzis.sk/judikatura/r/ECLI:SK:KSBA:2020:1020200086.1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