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13C/1/2020 z 29. 3. 2020</w:t>
      </w:r>
    </w:p>
    <w:p>
      <w:r>
        <w:t>Uznesenie Krajského súdu Bratislava z 29. marca 2020, sp. zn. 13C/1/2020, ECLI:SK:KSBA:2020:1020200318.1</w:t>
      </w:r>
    </w:p>
    <w:p>
      <w:r>
        <w:t>Súd: Krajský súd Bratislava</w:t>
      </w:r>
    </w:p>
    <w:p>
      <w:r>
        <w:t>Spisová značka: 13C/1/2020</w:t>
      </w:r>
    </w:p>
    <w:p>
      <w:r>
        <w:t>ECLI: ECLI:SK:KSBA:2020:1020200318.1</w:t>
      </w:r>
    </w:p>
    <w:p>
      <w:r>
        <w:t>Dátum vydania: 29. 3. 2020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13C/1/2020 Identifikačné číslo súdneho spisu: 1020200318 Dátum vydania rozhodnutia: 30. 03. 2020 Meno a priezvisko sudcu, VSÚ: Mgr. Štefan Zelenák ECLI: ECLI:SK:KSBA:2020:1020200318.1 Uznesenie Krajský súd v Bratislave, v senáte zloženom z predsedu senátu Mgr. Štefana Zelenáka a členiek senátu JUDr. Eleny Ondrišovej a JUDr. Marty Šašinkovej, v právnej veci žalobcu H.. E. J., Domov sociálnych služieb pre dospelých, SNP 38, 90084 Báhoň zastúpená opatrovníkom D. J., E. XX, T., jednohlasne rozhodol r o z h o d o l : Súd konanie z a s t a v u j e. Žalobkyni nárok na náhradu trov konania nepriznáva. o d ô v o d n e n i e : 1. Podaním zo dňa 15.2.2002 sa žalobkyňa obrátila na tunajší súd pričom z uvedeného podania nie je zrejmé čoho sa domáhala. 2. Na základe dopytu tunajšieho súdu bolo z Domova sociálnych služieb pre dospelých, SNP 38, 90084 Báhoň, ktorého je žalobkyňa klientom, oznámené, že na základe rozsudku Okresného súdu v Poprade, č.k. 15Ps/4/2005-54, zo dňa 23.3.2007, právoplatné dňa 1.6.2007, súd pozbavil E. J., F.. XX.X.XXXX, spôsobilosti na právne úkony v plnom rozsahu. Žalobkyni bol uvedeným rozsudkom ustanovený opatrovník D. J., E. XX, T.. 3. Podľa § 61 C.s.p. má procesnú subjektivitu ten, kto má spôsobilosť na práva a povinnosti; inak len ten, komu ju zákon priznáva. Podľa § 62 C.s.p. ak strana nemá procesnú subjektivitu, súd konanie zastaví. 4. Vzhľadom na tú skutočnosť, že žalobkyňa bola na základe rozsudku č.k. 15Ps/4/2005-54 právoplatne pozbavená spôsobilosti na právne úkony tak v súlade s § 62 C.s.p. nemá procesnú spôsobilosť na podanie žaloby a preto súd konanie zastavil. 5. O nároku na náhradu trov konania bolo rozhodnuté v súlade s § 256 ods. 1, a § 257 C.s.p. tak, že žalobkyni nárok na náhradu trov konania nepriznal pretože jej žiadne trovy nevznikli. 6. Toto uznesenie bolo prijaté pomerom hlasov 3:0. Poučenie: Proti tomuto uzneseniu je možné podať odvolanie v lehote do 15 odo dňa jeho doručenia, písomne, dvojmo, cestou tunajšieho súdu. V odvolaní sa má popri všeobecných náležitostiach (ust. 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https://www.kauzis.sk/judikatura/r/ECLI:SK:KSBA:2020:1020200318.1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