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1S/57/2020 z 23. 8. 2020</w:t>
      </w:r>
    </w:p>
    <w:p>
      <w:r>
        <w:t>Uznesenie Krajského súdu Bratislava z 23. augusta 2020, sp. zn. 1S/57/2020, ECLI:SK:KSBA:2020:1020200319.1</w:t>
      </w:r>
    </w:p>
    <w:p>
      <w:r>
        <w:t>Súd: Krajský súd Bratislava</w:t>
      </w:r>
    </w:p>
    <w:p>
      <w:r>
        <w:t>Spisová značka: 1S/57/2020</w:t>
      </w:r>
    </w:p>
    <w:p>
      <w:r>
        <w:t>ECLI: ECLI:SK:KSBA:2020:1020200319.1</w:t>
      </w:r>
    </w:p>
    <w:p>
      <w:r>
        <w:t>Dátum vydania: 23. 8.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1S/57/2020 Identifikačné číslo súdneho spisu: 1020200319 Dátum vydania rozhodnutia: 24. 08. 2020 Meno a priezvisko sudcu, VSÚ: JUDr. Marta Barková ECLI: ECLI:SK:KSBA:2020:1020200319.1 Uznesenie Krajský súd v Bratislave v právnej veci žalobcu: Komora pre medicínske právo - MEDIUS, Mäsiarska 6, 040 01 Košice, IČO: 42 097 321, zastúpený: h&amp;h PARTNERS, advokátska kancelária s.r.o., Mäsiarska 6, 040 01 Košice, IČO: 44 323 760, proti žalovanému: Union zdravotná poisťovňa, Karadžičova 10, 814 53 Bratislava, IČO: 36 284 831, o preskúmanie zákonnosti fiktívneho rozhodnutia žalovaného zo dňa 09.02.2020 r o z h o d o l : Krajský súd v Bratislave konanie z a s t a v u j e . Žalobcovi súd p r i z n á v a proti žalovanému právo na úplnú náhradu trov konania. o d ô v o d n e n i e : 1. Správnou žalobou zo dňa 17.02.2020, doručenou dňa 17.02.2020 Krajskému súdu v Bratislave (ďalej len ako „správny súd“), sa žalobca domáhal preskúmania zákonnosti fiktívneho rozhodnutia žalovaného zo dňa 09.02.2020 o nesprístupnení žalovaným informácií podľa zákona č. 211/2000 Z.z. o slobodnom prístupe k informáciám a o zmene a doplnení niektorých zákonov (zákon o slobode informácií) v znení neskorších predpisov (ďalej len ako „zákon č. 211/2000 Z. z.“) v spojení s fiktívnym rozhodnutím žalovaného zo dňa 07.01.2020, a navrhoval, aby súd rozhodol tak, že vec vráti žalovanému na ďalšie konanie. Ďalej žalobca alternatívne navrhoval, ak by súd postupoval podľa ustanovenia § 193 zákona č. 162/2015 Z. z. Správny súdny poriadok (ďalej len „SSP“), aby uložil žalovanému povinnosť sprístupniť mu požadované informácie v zmysle čl. I. žaloby. Zároveň žalobca žiadal, aby mu správny súd priznal trovy konania. 2. Podaním zo dňa 03.08.2020, doručeným správnemu súdu dňa 03.08.2020, zobral žalobca žalobu späť v celom rozsahu a žiadal predmetné súdne konanie zastaviť a zároveň žiadal, aby mu správny súd priznal náhradu trov konania v rozsahu 100 %, pretože zastavenie konania procesne zavinil žalovaný, keďže požadované informácie mu poskytol až po doručení správnej žaloby a ako dôkaz zaslal súdu e- mail žalovaného zo dňa 30.07.2020, v ktorom potvrdzuje žalovaný uvedené skutočnosti. 3. Podľa § 63 zákona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pri aplikácii ustanovenia § 171 ods. 1 SSP, podľa ktorého, ak účastník konania procesne zavinil zastavenie konania, správny súd prizná trovy konania ostatným účastníkom. V danom prípade, mal správny súd v konaní preukázané, že žalovaný procesne zavinil zastavenie konania, nakoľko požadované informácie poskytol žalobcovi až dňa 30.07.2020, t.j. až po zaslaní všeobecnej správnej žaloby súdom. Správny súd mal uvedenú skutočnosť preukázanú z písomného podania žalovaného zo dňa 30.07.2020 z ktorého vyplýva, že žalovaný písomne uznal, že k neposkytnutiu požadovaných informácií v zmysle citovaného zákona došlo v dôsledku jeho interného pochybenia a nedorozumenia pri vybavovaní žiadostí žalobcu. Na základe uvedeného správny súd dospel k záveru, že žalobca má právo na úplnú náhradu trov konania. O výške náhrady trov konania rozhodne správny súd po právoplatnosti rozhodnutia, ktorým sa konanie končí samostatným uznesením, ktoré vydá súdny úradník s poukazom na ustanovenie § 175 ods. 2 SSP. 7. Toto rozhodnutie senát Krajského súdu v Bratislave prijal pomerom hlasov 3 : 0 (§ 3 ods. 9 zákona č. 757/2004 Z. z. v znení zákona č. 33/2011 Z. z.). Poučenie: Proti tomuto uzneseniu je prípustná kasačná sťažnosť v lehote jedného mesiaca odo dňa jeho doručenia, na Krajský súd v Bratislave (§ 443 ods. 1 SSP). Ak bolo vydané opravné uznesenie,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https://www.kauzis.sk/judikatura/r/ECLI:SK:KSBA:2020:1020200319.1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