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5S/79/2020 z 1. 6. 2020</w:t>
      </w:r>
    </w:p>
    <w:p>
      <w:r>
        <w:t>Uznesenie Krajského súdu Bratislava z 1. júna 2020, sp. zn. 5S/79/2020, ECLI:SK:KSBA:2020:1020200468.2</w:t>
      </w:r>
    </w:p>
    <w:p>
      <w:r>
        <w:t>Súd: Krajský súd Bratislava</w:t>
      </w:r>
    </w:p>
    <w:p>
      <w:r>
        <w:t>Spisová značka: 5S/79/2020</w:t>
      </w:r>
    </w:p>
    <w:p>
      <w:r>
        <w:t>ECLI: ECLI:SK:KSBA:2020:1020200468.2</w:t>
      </w:r>
    </w:p>
    <w:p>
      <w:r>
        <w:t>Dátum vydania: 1. 6. 2020</w:t>
      </w:r>
    </w:p>
    <w:p>
      <w:r>
        <w:t>Forma: Uznesenie</w:t>
      </w:r>
    </w:p>
    <w:p>
      <w:pPr>
        <w:pStyle w:val="Heading2"/>
      </w:pPr>
      <w:r>
        <w:t>Text rozhodnutia</w:t>
      </w:r>
    </w:p>
    <w:p>
      <w:r>
        <w:t>Súd: Krajský súd Bratislava Spisová značka: 5S/79/2020 Identifikačné číslo súdneho spisu: 1020200468 Dátum vydania rozhodnutia: 02. 06. 2020 Meno a priezvisko sudcu, VSÚ: JUDr. Anna Peťovská PhD. ECLI: ECLI:SK:KSBA:2020:1020200468.2 Uznesenie Krajský súd v Bratislave v právnej veci žalobcu: Eurotransport SK, s.r.o., so sídlom Tallerova 4, 811 02 Bratislava, IČO: 50 674 749, právne zastúpený: JUDr. Veronika Slašťanová, PhD., advokátka, so sídlom Zelená 2, 811 01 Bratislava, IČO: 52 346 048, proti žalovanému: Finančné riaditeľstvo Slovenskej republiky, Lazovná 63, 974 01 Banská Bystrica, o preskúmanie zákonnosti rozhodnutia žalovaného č. 100223957/2020 zo dňa 21.01.2020, v konaní o návrhu na priznanie odkladného účinku správnej žalobe, takto r o z h o d o l : Krajský súd v Bratislave návrh žalobcu na priznanie odkladného účinku správnej žalobe zo dňa 23.03.2020 zamieta. o d ô v o d n e n i e : 1. Správnou žalobou doručenou tunajšiemu správnemu súdu dňa 23.03.2020 sa žalobca domáha preskúmania zákonnosti rozhodnutia žalovaného č. 100223957/2020 zo dňa 21.01.2020 (ďalej aj „napadnuté rozhodnutie“), ktorým žalovaný potvrdil rozhodnutie Daňového úradu Bratislava č. 102254954/2019 zo dňa 30.09.2019, ktorým podľa § 68 ods. 5 zákona č. 563/2009 Z. z. o správe daní (daňový poriadok) a o zmene a doplnení niektorých zákonov v znení neskorších predpisov vyrubil žalobcovi ako daňovému subjektu rozdiel na dani z pridanej hodnoty za zdaňovacie obdobie marec 2018 v sume XX.XXX,XX eur, keď žalobcovi ako daňovému subjektu zvýšil daň vyrubenú daňovým priznaním zo sumy XXX,XX eur na sumu XX.XXX,XX eur. 2. Žalobca žiada napadnuté rozhodnutie žalovaného zrušiť.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žalobca si nie je vedomý akéhokoľvek porušenia zákona č. 222/2004 Z. z. o dani z pridanej hodnoty v znení neskorších predpisov (ďalej len „zákon o DPH“) ani porušenia daňového poriadku. Žalobca tvrdí, že nepriznaním odkladného účinku správnej žalobe by sa žalobca dostal do nepriaznivej finančnej situácie a do omeškania s plnením jeho záväzkov ako aj do situácie, v ktorej by bola ohrozená jeho existencia a závažným spôsobom by sa zhoršilo jeho postavenie na trhu. Uviedol, že suma XX.XXX,XX eur je pre neho likvidačná. 4. K žalobe a k návrhu na priznanie odkladného účinku správnej žalobe sa vyjadril žalovaný písomným podaním zo dňa 27.05.2020 a predložil správnemu súdu administratívny spis. Vo vyjadrení zaujal stanovisko k jednotlivým žalobným námietkam žalobcu a k návrhu na priznanie odkladného účinku správnej žaloby. K návrhu na priznanie odkladného účinku správnej žalobe žalovaný uviedol, že žalobca neoprel svoje tvrdenie, že mu výkonom napadnutého rozhodnutia hrozí situácia, v ktorej by bola ohrozená jeho existencia a závažným spôsobom by sa zhoršilo jeho postavenie na trhu o žiadne dôkazy a ani konkrétne neuviedol a dôkazmi nepreukázal, aká je jeho súčasná finančná situácia a úverové zaťaženie. Ďalej žalovaný uviedol, že podľa daňových priznaní za zdaňovacie obdobia január 2020 - marec 2020 žalobca naďalej vykonáva ekonomickú činnosť, mesačne vykazuje vysoké obraty v rádoch státisícov eur a malé daňové povinnosti, ktoré sú uhradené.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k návrhu na priznanie odkladného účinku správnej žalobe nezistil zákonný dôvod pre jeho priznanie. Žalobca svoje tvrdenia uvedené v návrhu na priznanie odkladného účinku správnej žalobe žiadnym spôsobom neosvedčil. Nepredložil žiadne dôkazy svedčiace o tom, že okamžitým výkonom napadnutých rozhodnutí daňových orgánov môže dôjsť k závažnej ujme, ktorú žalobca vidí v ohrození svojej schopnosti plniť svoje záväzky, zhoršení svojho postavenia na trhu a ohrození svojej existencie ako podnikateľského subjektu. Žalobca nepreukázal svoju aktuálnu majetkovú situáciu, tak ako to uviedol aj žalovaný, a neuviedol ani žiadne ďalšie skutočnosti podstatné pre posúdenie jeho tvrdení o nepriaznivom dopade okamžitého výkonu napadnutých rozhodnutí na majetkovú sféru žalobcu a na jeho podnikateľskú činnosť. Žalobca neodôvodnil ani tú skutočnosť, ktorá je jednou z podmienok pre priznanie odkladného účinku správnej žalobe, že odklad vykonateľnosti napadnutého rozhodnutia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správnej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a nepreukázal,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