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7Sa/44/2020 z 27. 5. 2020</w:t>
      </w:r>
    </w:p>
    <w:p>
      <w:r>
        <w:t>Uznesenie Krajského súdu Bratislava z 27. mája 2020, sp. zn. 7Sa/44/2020, ECLI:SK:KSBA:2020:1020200766.1</w:t>
      </w:r>
    </w:p>
    <w:p>
      <w:r>
        <w:t>Súd: Krajský súd Bratislava</w:t>
      </w:r>
    </w:p>
    <w:p>
      <w:r>
        <w:t>Spisová značka: 7Sa/44/2020</w:t>
      </w:r>
    </w:p>
    <w:p>
      <w:r>
        <w:t>ECLI: ECLI:SK:KSBA:2020:1020200766.1</w:t>
      </w:r>
    </w:p>
    <w:p>
      <w:r>
        <w:t>Dátum vydania: 27.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7Sa/44/2020 Identifikačné číslo súdneho spisu: 1020200766 Dátum vydania rozhodnutia: 28. 05. 2020 Meno a priezvisko sudcu, VSÚ: JUDr. Beata Jurgošová ECLI: ECLI:SK:KSBA:2020:1020200766.1 Uznesenie Krajský súd v Bratislave v právnej veci žalobcu: Ostravská univerzita, so sídlom Dvořákova 7, 701 03 Ostrava, Česká republika, právne zast. PRK Partners s.r.o., so sídlom Hurbanovo námestie 3, 811 06 Bratislava, IČO: 35 978 643, proti žalovanému: Sociálna poisťovňa, ústredie, ul. 29. augusta 8 - 10, 813 63 Bratislava, o správnej žalobe v sociálnych veciach, vo veci preskúmania zákonnosti postupu a rozhodnutia žalovaného č. 34460-2/2020-BA zo dňa 18.03.2020, takto r o z h o d o l : Krajský súd v Bratislave p o s t u p u j e vec miestne príslušnému Krajskému súdu v Žiline. o d ô v o d n e n i e : 1. Dňa 22.05.2020 bola Krajskému súdu v Bratislave (ďalej aj ako „správny súd“ alebo „tunajší súd“) doručená správna žaloba v sociálnych veciach, ktorou sa žalobca domáhal preskúmania zákonnosti rozhodnutia žalovaného č. 34460-2/2020-BA zo dňa 18.03.2020. Napadnutým rozhodnutím žalovaný odvolanie žalobcu podané proti rozhodnutiu Sociálnej poisťovne, pobočka Martin č. 14658-3/2019- MT zo dňa 07.10.2019 vo veci vzniku povinného nemocenského poistenia, povinného dôchodkového poistenia a povinného poistenia v nezamestnanosti zamestnanca (J.. H. Č.R., R.., R. XX, XXX XX J., N.. Č.. XXXXXX/XXXX) zamietol v celom rozsahu a potvrdil napadnuté rozhodnutie Sociálnej poisťovne, pobočka Martin.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199 ods. 1 písm. a) SSP, sociálnymi vecami sa na účely tohto zákona rozumie rozhodovanie Sociálnej poisťovne. 5. Podľa § 9 ods. 1 SSP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1 SSP, v zmysle ktorého miestne príslušným je krajský súd, v ktorého obvode má sídlo orgán verejnej správy, ktorý rozhodol v prvom stupni, ak SSP neustanovuje inak. 8.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prvá veta SSP ak správny súd zistí, že nie je vecne, miestne alebo kauzálne príslušný, postúpi vec uznesením príslušnému správnemu súdu. 10. Podľa § 18 ods. 5 SSP, právne účinky spojené s podaním žaloby alebo iného podania zostávajú pri postúpení veci zachované. 11. Podľa § 97 SSP, ak tento zákon neustanovuje inak, správny súd kedykoľvek počas konania prihliada na to, či sú splnené podmienky, za ktorých môže správny súd konať a rozhodnúť (ďalej len „procesné podmienky“). 12.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žalovaného v Martine. Podľa § 2 ods. 26 v spojení s § 3 ods. 6 písm. d/ zákona č. 371/2004 Z. z. o sídlach a obvodoch súdov SR, je mesto Martin sídlom Okresného súdu Martin patriacim do územnej pôsobnosti Okresného súdu Martin, ktorého obvod je súčasťou územného obvodu Krajského súdu v Žiline. 13. V danej veci, podľa názoru tunajšieho súdu,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ani sa na jej území nezdržuje.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Vyslovený právny názor je v súlade s konštantnou rozhodovacou praxou Najvyššieho súdu Slovenskej republiky v obsahovo totožných veciach, napr. konania vedené pod sp. zn. 8Nds/7/2018, 8Nds/4/2018, 7Nds/5/2018, 7Nds/11/2018, 7Nds/14/2018, 6Nds/4/2018, 6Nds/5/2018, 7Nds/4/2018, 4Nds/3/2018, 4Nds/8/2018, 9Nds/5/2018, 9Nds/11/2018 a pod., pričom rozhodnutie NS SR sp. zn. 5Nds/6/2018 zo dňa 28.06.2018 predstavuje odklon, ktorý je ojedinelý. 15. Vzhľadom na vyššie uvedené skutočnosti a s poukazom na citované zákonné ustanovenia, Krajský súd v Bratislave dospel k záveru, že na konanie o predmetnej správnej žalobe v sociálnych veciach je podľa § 13 ods. 3 SSP miestne príslušný Krajský súd v Žiline,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https://www.kauzis.sk/judikatura/r/ECLI:SK:KSBA:2020:1020200766.1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