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4Sa/57/2020 z 26. 7. 2020</w:t>
      </w:r>
    </w:p>
    <w:p>
      <w:r>
        <w:t>Uznesenie Krajského súdu Bratislava z 26. júla 2020, sp. zn. 4Sa/57/2020, ECLI:SK:KSBA:2020:1020200931.2</w:t>
      </w:r>
    </w:p>
    <w:p>
      <w:r>
        <w:t>Súd: Krajský súd Bratislava</w:t>
      </w:r>
    </w:p>
    <w:p>
      <w:r>
        <w:t>Spisová značka: 4Sa/57/2020</w:t>
      </w:r>
    </w:p>
    <w:p>
      <w:r>
        <w:t>ECLI: ECLI:SK:KSBA:2020:1020200931.2</w:t>
      </w:r>
    </w:p>
    <w:p>
      <w:r>
        <w:t>Dátum vydania: 26. 7. 2020</w:t>
      </w:r>
    </w:p>
    <w:p>
      <w:r>
        <w:t>Forma: Uznesenie</w:t>
      </w:r>
    </w:p>
    <w:p>
      <w:pPr>
        <w:pStyle w:val="Heading2"/>
      </w:pPr>
      <w:r>
        <w:t>Text rozhodnutia</w:t>
      </w:r>
    </w:p>
    <w:p>
      <w:r>
        <w:t>Súd: Krajský súd Bratislava Spisová značka: 4Sa/57/2020 Identifikačné číslo súdneho spisu: 1020200931 Dátum vydania rozhodnutia: 27. 07. 2020 Meno a priezvisko sudcu, VSÚ: JUDr. Ľubomír Šramko ECLI: ECLI:SK:KSBA:2020:1020200931.2 Uznesenie Krajský súd v Bratislave v právnej veci žalobcu: V. družstvo W. so sídlom W. XXX, W., zastúpeného: Prosman a Pavlovič advokátska kancelária s.r.o. so sídlom Hlavná 31, Trnava proti žalovanému.: Úrad pre reguláciu sieťových odvetví so sídlom Bajkalská 27, P. O. BOX 12, 820 07 Bratislava 27 v konaní o správnej žalobe zo dňa X.X.XXXX proti inému zásahu orgánu verejnej správy takto r o z h o d o l : Krajský súd v Bratislave konanie z a s t a v u j e . Žiaden z účastníkov konania nemá právo náhradu trov konania. o d ô v o d n e n i e : 1. Dňa X.X.XXXX bola Krajskému súdu v Bratislave (ďalej len „súd“) doručená žalobcom správna žaloba z X.X.XXXX proti inému zásahu orgánu verejnej správy (ďalej len „žaloba“). 2. Dňa XX.X.XXXX bolo súdu doručené späťvzatie podanej žaloby, datované XX.X.XXXX. Podľa § 99 písm. a) zák. č. 162/2015 Z.z. Správny súdny poriadok (ďalej len „SSP“): Správny súd konanie uznesením zastaví, ak žalobca vzal žalobu späť skôr, ako správny súd vo veci rozhodol, 3. Pretože správnemu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https://www.kauzis.sk/judikatura/r/ECLI:SK:KSBA:2020:1020200931.2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