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4To/51/2020 z 1. 10. 2020</w:t>
      </w:r>
    </w:p>
    <w:p>
      <w:r>
        <w:t>Uznesenie Krajského súdu Bratislava z 1. októbra 2020, sp. zn. 4To/51/2020, ECLI:SK:KSBA:2020:1020200955.2</w:t>
      </w:r>
    </w:p>
    <w:p>
      <w:r>
        <w:t>Súd: Krajský súd Bratislava</w:t>
      </w:r>
    </w:p>
    <w:p>
      <w:r>
        <w:t>Spisová značka: 4To/51/2020</w:t>
      </w:r>
    </w:p>
    <w:p>
      <w:r>
        <w:t>ECLI: ECLI:SK:KSBA:2020:1020200955.2</w:t>
      </w:r>
    </w:p>
    <w:p>
      <w:r>
        <w:t>Dátum vydania: 1. 10. 2020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4To/51/2020 Identifikačné číslo súdneho spisu: 1020200955 Dátum vydania rozhodnutia: 02. 10. 2020 Meno a priezvisko sudcu, VSÚ: JUDr. Tibor Kubík ECLI: ECLI:SK:KSBA:2020:1020200955.2 Uznesenie Krajský súd v Bratislave predsedom senátu JUDr. Tiborom Kubíkom, v trestnej veci obžalovaného N. J., rod. Y., stíhaného pre úmyselný prečin krádeže podľa § 212 ods. 2 písm. c/, ods. 3 písm. b/ Tr. zák., o odvolaní obžalovaného proti rozsudku Okresného súdu Bratislava I, sp. zn. 8T/49/2017 zo dňa 28. 02. 2020, dňa 02. 10. 2020 takto r o z h o d o l : Podľa § 312 ods. 4 Trestného poriadku predseda senátu odvolacieho súdu berie na vedomie s p ä ť v z a t i e odvolania obžalovaného N. J., rod. Y., nar. XX. XX. XXXX v K., trvale prihláseného na adrese U., N. ul. XXXX/XX, prechodne bytom ubytovňa J., R. XX, U., podaného proti rozsudku Okresného súdu Bratislava I, sp. zn. 8T/49/2017 zo dňa 28. 02. 2020. o d ô v o d n e n i e : Rozsudkom Okresného súdu Bratislava I pod sp. zn. 8T/49/2017 zo dňa 28. 02. 2020 bol obžalovaný N. J., nar. XX. XX. XXXX v K., uznaný vinným zo spáchania úmyselného prečinu krádeže podľa § 212 ods. 2 písm. c/, ods. 3 písm. b/ Tr. zák., na tom skutkovom základe, že dňa 07.01.2017 v čase o 01:38 hod. v Bratislave na J. ulici č. X v kaviarni „A. O.“ po tom, čo pristúpil k R. F. s tým, že sa s ním rozlúči, na čo ho opakovane objal, pričom počas toho, ako ho objal, mu z dolného vrecka bundy, ktorú mal R. F. oblečenú na sebe, zobral mobilný telefón zn. Sony Xperia XZ, IMEI: XXXXXXXXXXXXXXX, čím uvedeným konaním spôsobil poškodenému R. F., trvale bytom F. XXXX/XX, U., škodu odcudzením ustálenú odborným vyjadrením vo výške 550,- €, pričom uvedeného konania sa dopustil aj napriek tomu, že bol trestným rozkazom Okresného súdu Bratislava I, č. k. 3T/33/2015, zo dňa 31.07.2015, právoplatným 11.12.2015, uznaný vinným z prečinu krádeže podľa § 212 ods. 2 písm. c/ Tr. zák. Za to bol obžalovanému N. J. uložený podľa § 212 ods. 3 Tr. zák. s použitím ust. § 38 ods. 2, ods. 4, § 37 písm. m/ Tr. zák. trest odňatia slobody v trvaní 18 (osemnásť) mesiacov s tým, že podľa § 48 ods. 2 písm. b/ Tr. zák. pre výkon uloženého trestu bol zaradený do ústavu na výkon trestu so stredným stupňom stráženia. Proti uvedenému rozsudku podal odvolanie v lehote ustanovenej v § 309 ods. 1 Trestného poriadku obžalovaný N. J., čo do výroku o vine, ako aj výroku o treste, pričom sa domáhal o zrušenie napadnutého rozsudku. Dňa 02. 10. 2020, kedy bol obžalovaný N. J. vypočutý po tom, ako tunajší krajský súd vydal na jeho osobu príkaz na zatknutie z dôvodu ust. § 71 ods. 1 písm. a/ Tr. por., tento do súdnej zápisnice prehlásil, že svoje odvolanie podané proti rozsudku prvostupňového súdu v danej veci berie výslovne späť. Taktiež uviedol, že je uzrozumený s tým, že na základe tohto prehlásenia bude musieť nastúpiť výkon vyššie uvedeného trestu odňatia slobody. Podľa § 312 ods. 2 Trestného poriadku osoba, ktorá odvolanie podala, môže ho výslovným vyhlásením vziať späť, a to až do doby, než sa odvolací súd odoberie na záverečnú poradu. Odvolanie prokurátora môže vziať späť i nadriadený prokurátor. Podľa § 312 ods. 4 Trestného poriadku vzatie odvolania späť vezme uznesením na vedomie predseda senátu odvolacieho súdu, a ak nebola vec doteraz tomuto súdu predložená, predseda senátu súdu prvého stupňa. Vzhľadom na vyššie citované ustanovenia predseda senátu odvolacieho súdu vzal na vedomie späťvzatie odvolania obžalovaným N. Poučenie: Proti tomuto uzneseniu sťažnosť nie je prípustná.</w:t>
      </w:r>
    </w:p>
    <w:p/>
    <w:p>
      <w:r>
        <w:t>Zdroj: KAUZIS.SK – https://www.kauzis.sk/judikatura/r/ECLI:SK:KSBA:2020:1020200955.2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