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7Sa/96/2020 z 27. 10. 2020</w:t>
      </w:r>
    </w:p>
    <w:p>
      <w:r>
        <w:t>Uznesenie Krajského súdu Bratislava z 27. októbra 2020, sp. zn. 7Sa/96/2020, ECLI:SK:KSBA:2020:1020201467.1</w:t>
      </w:r>
    </w:p>
    <w:p>
      <w:r>
        <w:t>Súd: Krajský súd Bratislava</w:t>
      </w:r>
    </w:p>
    <w:p>
      <w:r>
        <w:t>Spisová značka: 7Sa/96/2020</w:t>
      </w:r>
    </w:p>
    <w:p>
      <w:r>
        <w:t>ECLI: ECLI:SK:KSBA:2020:1020201467.1</w:t>
      </w:r>
    </w:p>
    <w:p>
      <w:r>
        <w:t>Dátum vydania: 27. 10. 2020</w:t>
      </w:r>
    </w:p>
    <w:p>
      <w:r>
        <w:t>Forma: Uznesenie</w:t>
      </w:r>
    </w:p>
    <w:p>
      <w:pPr>
        <w:pStyle w:val="Heading2"/>
      </w:pPr>
      <w:r>
        <w:t>Text rozhodnutia</w:t>
      </w:r>
    </w:p>
    <w:p>
      <w:r>
        <w:t>Súd: Krajský súd Bratislava Spisová značka: 7Sa/96/2020 Identifikačné číslo súdneho spisu: 1020201467 Dátum vydania rozhodnutia: 28. 10. 2020 Meno a priezvisko sudcu, VSÚ: JUDr. Beata Jurgošová ECLI: ECLI:SK:KSBA:2020:1020201467.1 Uznesenie Krajský súd v Bratislave v právnej veci žalobcu: O. F. S., W. X. W., W. I., nar. XX.XX.XXXX, štát Sierra leone resp. Nigérijská federatívna republika, bez dokladu totožnosti, toho času umiestnený v Útvare policajného zaistenia pre cudzincov Medveďov, zastúpeného Centrom právnej pomoci so sídlom Račianska 71, Bratislava proti žalovanému: Ministerstvo vnútra Slovenskej republiky, Prezídium Policajného zboru, Úrad hraničnej a cudzineckej polície, Riaditeľstvo hraničnej a cudzineckej polície Bratislava, Oddelenie cudzineckej polície PZ Nitra, Kalvárska 2, 949 01 Nitra, v konaní o správnej žalobe vo veci zaistenia zo dňa 09.10.2020 voči rozhodnutiu žalovaného PPZ-HCP-BA11-75-019/2020-AV zo dňa 22.07.2020 takto r o z h o d o l : 1/ Krajský súd v Bratislave vo veci zaistenia číslo PPZ-HCP-BA11-75-019/2020-AV zo dňa 22.07.2020 konanie z a s t a v u j e . 2/ Krajský súd v Bratislave vo veci predĺženia lehoty zaistenia číslo PPZ-HCP-BA11-75-036/2020-AV zo dňa 20.08.2020 žalobu odmieta. Žiaden z účastníkov nemá právo náhradu trov konania. o d ô v o d n e n i e : Dňa 19.10.2020 bola Krajskému súdu v Bratislave (ďalej len „súd“) doručená prostredníctvom žalovaného správna žaloba zo dňa 19.10.2020 vo veci zaistenia žalobcu (ďalej len „žaloba“) ktorou sa žalobca domáhal zrušenia napadnutého rozhodnutia žalovaného PPZ-HCP-BA11-75-019/ 2020-AV o zaistení zo dňa 22.07.2020 (ďalej len „napadnuté rozhodnutie“) a svojho bezodkladného prepustenia zo zaistenia. 2. Na deň 28.10.2020 bolo v prejednávanej veci nariadené pojednávanie. 3. Súd vo veci zaistenia zo dňa 22.07.2020 konanie zastavil, nakoľko odpadol predmet konania. V čase podania neexistoval predmet sporu, nakoľko žalovaný rozhodnutím stanovil dĺžku doby zaistenia, najviac do 22.08.2020. Podľa § 99 písm. a) zák. č. 162/2015 Z.z. Správny súdny poriadok (ďalej len „SSP“): Správny súd konanie uznesením zastaví, ak odpadol dôvod na pokračovanie v konaní a nejde o prípady ustanovené v písmenách c) a d). 4. Súd vo veci predĺženia lehoty zaistenia číslo PPZ-HCP-BA11-75-036/2020-AV zo dňa 20.08.2020 žalobu odmietol, nakoľko zástupca žalobcu (Centrum právnej pomoci, Kancelária Bratislava ) nepredložil na konanie plnú moc v tejto veci, teda ide o vec podanú neoprávnenou osobou, preto súd podanie odmietol. Podľa § 98 ods. 1 písm. f) SSP správny súd uznesením odmietne žalobu, ak žalobca nebol pri jej podaní zastúpený podľa § 49 ods. 1 alebo § 50. 5. O trovách konania súd rozhodol s poukazom na § 170 písm. a) b) SSP tak, že žiaden z účastníkov konania nemá právo na náhradu trov konania, Poučenie: Doručené uznesenie je právoplatné (§ 151 ods. 2 SSP). Kasačnou sťažnosťou možno napadnúť právoplatné rozhodnutie krajského súdu. (§ 438 ods. 1 SSP) Prípadná kasačná sťažnosť musí byť podaná v lehote sedem dní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https://www.kauzis.sk/judikatura/r/ECLI:SK:KSBA:2020:1020201467.1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