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2Cob/45/2019 z 2. 3. 2020</w:t>
      </w:r>
    </w:p>
    <w:p>
      <w:r>
        <w:t>Opravné uznesenie Krajského súdu Bratislava z 2. marca 2020, sp. zn. 2Cob/45/2019, ECLI:SK:KSBA:2020:1109243435.2</w:t>
      </w:r>
    </w:p>
    <w:p>
      <w:r>
        <w:t>Súd: Krajský súd Bratislava</w:t>
      </w:r>
    </w:p>
    <w:p>
      <w:r>
        <w:t>Spisová značka: 2Cob/45/2019</w:t>
      </w:r>
    </w:p>
    <w:p>
      <w:r>
        <w:t>ECLI: ECLI:SK:KSBA:2020:1109243435.2</w:t>
      </w:r>
    </w:p>
    <w:p>
      <w:r>
        <w:t>Dátum vydania: 2. 3. 2020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2Cob/45/2019 Identifikačné číslo súdneho spisu: 1109243435 Dátum vydania rozhodnutia: 03. 03. 2020 Meno a priezvisko sudcu, VSÚ: JUDr. Ľubica Břoušková ECLI: ECLI:SK:KSBA:2020:1109243435.2 Opravné uznesenie Krajský súd v Bratislave v senáte zloženom z predsedníčky senátu JUDr. Ľubice Břouškovej a členiek senátu JUDr. Oľgy Bahníkovej a JUDr. Ľubice Kriškovej v právnej veci žalobcu: Peter Jarkovský - Coryn, Jesenná 8, 080 05 Prešov, IČO: 32 925 042, právne zastúpený JUDr. Michal Feciľak, advokát, Jesenná 8, 080 05 Prešov proti žalovanému: KOOPERATIVA poisťovňa, a. s., Vienna Insurance Group, Štefanovičova 4, 816 23 Bratislava, IČO: 00 585 441 o zaplatenie 6.678,94 Eur s príslušenstvom, o návrhu na opravu chyby v záhlaví rozsudku vydaného odvolacím súdom pod č. k. 2Cob/45/2019-276 zo dňa 21.01.2020 takto r o z h o d o l : Krajský súd v Bratislave opravuje chybu v písaní v označení žalobcu v záhlaví rozsudku vydaného pod č. k. 2Cob/45/2019-276 zo dňa 21.01.2020 tak, že označenie žalobcu má správne znieť: Peter Jarkovský - Coryn, Jesenná 8, 080 05 Prešov, IČO: 32 925 042, právne zastúpený JUDr. Michal Feciľak, advokát, Jesenná 8, 080 05 Prešov. o d ô v o d n e n i e : 1. V uvedenom rozsudku vydanom pod č. k. 2Cob/45/2019-276 zo dňa 21.01.2020 bolo v záhlaví rozsudku nesprávne uvedené označenie žalobcu Coryn, s.r.o., Jesenná 8, 080 05 Prešov, IČO: 36 510 645 namiesto správneho označenia žalobcu Peter Jarkovský - Coryn, Jesenná 8, 080 05 Prešov, IČO: 32 925 042, ktorý bol pribratý do konania namiesto pôvodného žalobcu uznesením Okresného súdu Bratislava I spis. zn. 32Cb/85/2010-181 zo dňa 30.05.2016. Vzhľadom k tej skutočnosti, že pri písaní rozsudku došlo k chybe v písaní, bolo potrebné uvedenú chybu s poukazom na ustanovenie § 224 Civilného sporového poriadku opraviť a uviesť správne označenie žalobcu v rozhodnutí odvolacieho súdu. 2. Toto rozhodnutie bolo prijaté členmi senátu pomerom hlasov 3 : 0. Poučenie: Proti tomuto rozhodnutiu odvolanie nie je prípustné.</w:t>
      </w:r>
    </w:p>
    <w:p/>
    <w:p>
      <w:r>
        <w:t>Zdroj: KAUZIS.SK – https://www.kauzis.sk/judikatura/r/ECLI:SK:KSBA:2020:1109243435.2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