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1Cob/92/2019 z 23. 9. 2020</w:t>
      </w:r>
    </w:p>
    <w:p>
      <w:r>
        <w:t>Rozsudok Krajského súdu Bratislava z 23. septembra 2020, sp. zn. 1Cob/92/2019, ECLI:SK:KSBA:2020:1111219633.4</w:t>
      </w:r>
    </w:p>
    <w:p>
      <w:r>
        <w:t>Súd: Krajský súd Bratislava</w:t>
      </w:r>
    </w:p>
    <w:p>
      <w:r>
        <w:t>Spisová značka: 1Cob/92/2019</w:t>
      </w:r>
    </w:p>
    <w:p>
      <w:r>
        <w:t>ECLI: ECLI:SK:KSBA:2020:1111219633.4</w:t>
      </w:r>
    </w:p>
    <w:p>
      <w:r>
        <w:t>Dátum vydania: 23. 9. 2020</w:t>
      </w:r>
    </w:p>
    <w:p>
      <w:r>
        <w:t>Forma: Rozsudok</w:t>
      </w:r>
    </w:p>
    <w:p>
      <w:r>
        <w:t>Oblasť práva: Obchodné právo</w:t>
      </w:r>
    </w:p>
    <w:p>
      <w:pPr>
        <w:pStyle w:val="Heading2"/>
      </w:pPr>
      <w:r>
        <w:t>Text rozhodnutia</w:t>
      </w:r>
    </w:p>
    <w:p>
      <w:r>
        <w:t>Súd: Krajský súd Bratislava Spisová značka: 1Cob/92/2019 Identifikačné číslo súdneho spisu: 1111219633 Dátum vydania rozhodnutia: 24. 09. 2020 Meno a priezvisko sudcu, VSÚ: JUDr. Andrea Sedláčková ECLI: ECLI:SK:KSBA:2020:1111219633.4 ROZSUDOK V MENE SLOVENSKEJ REPUBLIKY Krajský súd v Bratislave v senáte zloženom z predsedníčky senátu JUDr. Andrey Sedlačkovej a členiek senátu JUDr. Marty Šašinkovej a JUDr. Moniky Školníkovej v právnej veci žalobcu: K. I., nar. XX.X.XXXX, trvalý pobyt H. XXXX/X O., D.-I. K., štátny občan I., zastúpeného Malata, Pružinský, Hegedüš &amp; Partners s.r.o., Twin City Tower, Mlynské nivy 10, Bratislava - mestská časť Staré Mesto, IČO: 47 239 921 proti žalovanému: Mercedes-Benz Financial Services Slovakia s.r.o., Tuhovská 29, Bratislava, IČO: 35 728 116, zastúpenému Advokátska kancelária ECKER - KÁN &amp; PARTNERS, s.r.o., Námestie Martina Benku 9, Bratislava, IČO: 35 886 625 o zrušenie rozhodcovského rozsudku o odvolaní žalovaného proti rozsudku Okresného súdu Bratislava I č.k. 25Cb/83/2011-247 zo dňa 22.10.2018 takto r o z h o d o l : Krajský súd v Bratislave rozsudok Okresného súdu Bratislava I č.k. 25Cb/83/2011-247 zo dňa 22.10.2018 p o t v r d z u j e . Súd p r i z n á v a žalobcovi voči žalovanému nárok na náhradu trov odvolacieho konania vo výške 100%. o d ô v o d n e n i e : 1. Okresný súd Bratislava I ako súd prvej inštancie napadnutým rozsudkom výrokom I. zrušil v celom rozsahu rozsudok vydaný S.. K. Š., advokátom zapísaným v zozname rozhodcov vedenom Asociáciou leasingových spoločností Slovenskej republiky dňa 23.3.2011 sp. zn. RK/11/ALS/10 a výrokom II. priznal žalobcovi proti žalovanému náhradu trov konania v rozsahu 100%, a to s poukazom na ustanovenia § 40 ods. 1, § 41 ods. 1 zákona č. 244/2002 Z.z. o rozhodcovskom konaní v znení neskorších predpisov (ďalej len „ZoRK“) v znení účinnom v čase podania žaloby, § 8, § 12 ods. 1, ods. 2, ods. 3 ZoRK v znení účinnom ku dňu uzatvorenia Zmluvy o ručení zo dňa 2.6.2011, § 73 ods. 1, § 45 ods. 1, ods. 2, ods. 3 zákona č. 335/2014 Z.z. o spotrebiteľskom rozhodcovskom konaní, § 52 ods. 1, ods. 2, ods. 3, ods. 4, § 53 ods. 1, ods. 2, ods. 2, ods. 4, ods. 5 Občianskeho zákonníka, čl. 1, čl. 2 Smernice Rady 93/13/ EHS z 5. apríla 1993 o nekalých podmienkach v spotrebiteľských zmluvách a § 255 ods. 1, § 262 ods. 1, ods. 2 Civilného sporového poriadku. 2. Súd prvej inštancie v odôvodnení napadnutého rozsudku uviedol, že žalobou doručenou súdu dňa 17.6.2011 sa žalobca domáhal voči žalovanému zrušenia rozhodcovského rozsudku pod sp. zn. RK/11/ALS/10 vydaného dňa 23.3.2011 rozhodcom S.. K. Š., advokátom zapísaným v zozname rozhodcov vedenom Asociáciou leasingových spoločnosti Slovenskej republiky v celom rozsahu z dôvodu neplatnosti rozhodcovskej doložky, ktorú odôvodnil tým, že dňa 3.6.2008 uzatvorila spoločnosť B.K. s.r.o., IČO: 36 627 003 v postavení dlžníka so spoločnosťou žalovaného v postavení veriteľa úverovú zmluvu č. 652680-U (ďalej ako „úverová zmluva“), predmetom ktorej bolo poskytnutie peňažných prostriedkov vo výške 4.059.999,90 Sk (134.767,307 eura) na zabezpečenie prefinancovania motorového vozidla značky Mercedes-Benz P. XX O., VIN: L., rok výroby: XXXX, pričom dlžník sa zaviazal splácať poskytnutý úver v pravidelných mesačných splátkach určených v prehľade splátok tvoriacom prílohu č. 1 úverovej zmluvy, ktorej neoddeliteľnou súčasťou boli Všeobecné podmienky úverového financovania spoločnosti žalovaného. Súčasne s uzatvorením úverovej zmluvy došlo medzi zmluvnými stranami k uzatvoreniu zmluvy o zriadení záložného práva a medzi spoločnosťou B.K. s.r.o. a poisťovňou Allianz - Slovenská poisťovňa, a.s. k uzavretiu poistnej zmluvy. Dňa 2.6.2008 uzatvoril žalovaný so žalobcom zmluvu o ručení, predmetom ktorej bolo vyhlásenie žalobcu ako ručiteľa, že uspokojí žalovaného, ak spoločnosť B.K. s.r.o. nesplní akékoľvek svoje peňažné záväzky, ktoré vznikli alebo vzniknú na základe alebo v súvislosti s úverovou zmluvou vrátanej jej neskorších zmien a dodatkov, pričom v bode 7 strany dojednali rozhodcovskú doložku. Rozhodcovským súdom pri Asociácii leasingových spoločností SR (ďalej ako „rozhodcovský súd“) bola žalobcovi doručená žaloba o zaplatenie 132.918,- eur s príslušenstvom, prostredníctvom ktorej sa žalovaný domáhal zaplatenia uvedenej pohľadávky od žalobcu z dôvodu, že spoločnosť B.K. s.r.o. nedodržala platobnú disciplínu dohodnutú v úverovej zmluve, v dôsledku čoho došlo k vyhláseniu okamžitej splatnosti úveru, v nadväznosti na čo sa žalovaný v zmysle zmluvy o ručení obrátil na žalobcu prostredníctvom žaloby uplatnenej v zmysle rozhodcovskej doložky obsiahnutej v zmluve o ručení. Žalobca v žalobnej odpovedi adresovanej rozhodcovskému súdu poukázal na neplatnosť rozhodcovskej doložky s prihliadnutím na § 8 a § 17 ZoRK a § 263 Obchodného zákonníka z dôvodu porušenia zásady rovnosti účastníkov rozhodcovského konania v prípade, ak právo voľby rozhodcu pripadá len jednej zmluvnej strane a tento svoj názor oprel aj o rozhodnutie Vrchného súdu v Prahe zo dňa 28.5.2008 sp. zn. 12Cmo 496/2008. V ďalšom vyjadrení k žalobe v rámci rozhodcovského konania žalobca odmietol akúkoľvek pôsobnosť rozhodcovského súdu, nakoľko ten nie je zapísaný medzi stále rozhodcovské súdy, pričom žalobca poukazoval na judikatúru českých súdov s tým, že v rámci rozhodcovského konania v Slovenskej republike môžu spory rozhodovať jedine rozhodcovia ustanovení „ad hoc“, ktorí sú viazaní výlučne ZoRK a v zmysle § 51 ods. 3 ZoRK aj ustanoveniami všeobecného predpisu o konaní pred súdom alebo stále rozhodcovské súdy, na ktoré sa vzťahujú osobitné povinnosti vyplývajúce zo ZoRK, napríklad viesť zoznamy rozhodcov a rokovacie poriadky a zverejňovať ich v Obchodnom vestníku. Žalobca tiež poukázal na ustanovenia § 6a a § 9 ods. 1 ZoRK s tým, že v uvedenom prípade možno hovoriť o odôvodnenej obave z predpojatosti rozhodcu, nakoľko tu existuje preukázateľné prepojenie Asociácie leasingových spoločností SR so žalovaným ako jedným z jej členov a teda možno predpokladať, že Asociácia leasingových spoločností SR, podľa rokovacieho poriadku ktorej majú rozhodcovia postupovať, bude mať záujem na vyriešení sporu v prospech jej člena. Žalobcovi bol dňa 23.5.2011 doručený rozhodcovský rozsudok sp. zn. RK/11/ALS/10, pričom žalobca zotrval na tom, že predmetná rozhodcovská doložka obsiahnutá v čl. 7 zmluvy o ručení je absolútne neplatná a z toho dôvodu nie je možné spor medzi žalobcom a žalovaným prejednať a rozhodnúť v rámci rozhodcovského konania pred rozhodcom ustanoveným žalovaným zo zoznamu rozhodcov vedeným pri Asociácii leasingových spoločností SR a podľa rokovacieho poriadku vypracovaného Asociáciou leasingových spoločností SR. Rozhodcovský súd nie je stálym rozhodcovským súdom zapísaným v zozname stálych rozhodcovských súdov vedenom Ministerstvom spravodlivosti SR a z toho dôvodu nie je oprávnený viesť zoznam rozhodcov a vydávať rokovací poriadok. 3. Žalovaný navrhol žalobu zamietnuť s tým, že právomoc S.. K. Š. - rozhodcu bola daná v zmysle čl. 7 príslušnej úverovej zmluvy, ako aj čl. 7 príslušnej zmluvy o ručení a poukázal na faktickú nezáväznosť rozhodnutia Vrchného súdu v Prahe zo dňa 28.5.2008 sp. zn. 12Cmo 496/2008, od ktorého odvíjal svoju argumentáciu žalobca, v nadväznosti na čo žalovaný poukázal na rozhodnutia Najvyššieho súdu Českej republiky sp. zn. 32Cdo 2282/2008 a sp. zn. 23Cdo 5129/2007. Rovnako žalovaný považoval za neprípustnú a nepreukázanú obavu z predpojatosti rozhodcu z dôvodu členstva žalovaného v Asociácii leasingových spoločností SR a súčasne mal žalovaný za to, že formulovaním rozhodcovskej doložky bola zaručená rovnosť účastníkov pri voľbe rozhodcu. Podľa žalovaného ZoRK v jednotlivých ustanoveniach predvída možnosť dohody zmluvných strán ohľadom procesných pravidiel, pričom žalovaný mal za to, že platná právna úprava v SR umožňuje, aby zmluvné strany poňali do rozhodcovskej doložky dohodu o procesných pravidlách prípadného rozhodcovského konania, nevynímajúc ani možnosť zaviazať rozhodcu ad hoc, aby v predvídanom rozhodcovskom konaní postupoval v súlade s procesnými pravidlami iného stáleho rozhodcovského súdu, resp. v tomto prípade Asociácie leasingových spoločností SR, doplnenými o príslušné ustanovenia všeobecného predpisu o konaní pred súdmi. 4. Súd prvej inštancie po vykonanom dokazovaní rozhodol rozsudkom zo dňa 24.1.2017 pod č.k. 25Cb/83/2011-138 tak, že zrušil predmetný rozhodcovský rozsudok a svoje rozhodnutie odôvodnil tým, že v konaní pred rozhodcovským súdom nemal síce žalobca postavenie spotrebiteľa, ale rozhodcovskú doložku posúdil súd prvej inštancie ako neplatnú, keď k voľbe rozhodcu došlo v rozpore s § 8 ods. 1 ZoRK len jednou zo strán, a to žalovaným, čo odporuje zásade rovnosti strán rozhodcovského konania. Ďalej súd prvej inštancie dôvodil tým, že Asociácia leasingových spoločností SR nemá zapísaný rozhodcovský súd v zozname stálych rozhodcovských súdov vedenom Ministerstvom spravodlivosti SR s tým, že postup, v zmysle ktorého by rozhodcovská zmluva odkazovala na procesné pravidlá subjektu, ktorý nie je rozhodcovským súdom a ktorého pravidlá právnická osoba ani nezverejňuje v obchodnom vestníku, ZoRK nepredpokladá. Na odvolanie žalovaného rozhodol Krajský súd v Bratislave uznesením zo dňa 21.8.2018 (správne malo byť uvedené „zo dňa 21.6.2018“) pod č.k. 1Cob/235/2017-186 tak, že rozsudok súdu prvej inštancie zrušil a vec vrátil súdu prvej inštancie na ďalšie konanie a nové rozhodnutie, pričom odvolací súd dospel k záveru, že vzťah medzi žalobcom a žalovaným je obchodnoprávnym vzťahom odvodeným od povahy hlavného vzťahu veriteľa a dlžníka a ďalej odvolací súd uviedol, že súd prvej inštancie nevyhodnotil odlišnosť slovenského a českého právneho poriadku vo vzťahu k úprave rozhodcovského konania. 5. Súd prvej inštancie opätovne vec prejednal, pričom z rozhodcovského spisu zistil, že na základe žaloby žalovaného zo dňa 1.6.2010 (v rozhodcovskom konaní v pozícii žalobcu) sa na rozhodcovskom súde zriadenom pri Asociácii leasingových spoločností SR začalo a bolo vedené rozhodcovské konanie proti žalobcovi (v rozhodcovskom konaní v pozícii žalovaného) o zaplatenie 132.918,- eur s príslušenstvom z dôvodu, že žalobca prevzal zmluvou o ručení zo dňa 2.6.2008 ručenie za záväzky spoločnosti B.K. s.r.o., IČO: 36 627 003 (ďalej len „dlžník“) z úverovej zmluvy č. 652680-U zo dňa 3.6.2008 a z dôvodu omeškania dlžníka so splácaním splátok úveru pristúpil žalovaný k vyhláseniu mimoriadnej splatnosti úveru s tým, že na úhradu úveru vyzval žalovaný listom zo dňa 24.6.2009 žalobcu titulom jeho ručenia za záväzky dlžníka. Na základe žiadosti Asociácie leasingových spoločností SR zo dňa 23.6.2010 o prijatie funkcie rozhodcu, adresovanej S.. K. Š., advokátovi, oznámil tento listom zo dňa 25.6.2010, že svoje ustanovenie do funkcie rozhodcu v danom spore prijíma. Rozhodcovským rozsudkom sp. zn. RK/11/ALS/10 vydaným dňa 23.3.2011 rozhodcom S.. K. Š. bola žalobcovi uložená povinnosť zaplatiť žalovanému sumu vo výške 132.918,- eur spolu s príslušenstvom, pričom rozhodcovský rozsudok bol doručený žalovanému (v rozhodcovskom konaní v pozícii žalobcu) dňa 3.6.2011 a žalobcovi (v rozhodcovskom konaní v pozícii žalovaného) dňa 23.5.2011. Súd prvej inštancie ďalej v odôvodnení napadnutého rozsudku uviedol, že dňa 3.6.2009 (správne malo byť uvedené „dňa 3.6.2008“) spoločnosť B.K. s.r.o., IČO: 36 627 003 ako dlžník a žalovaný ako veriteľ uzavreli úverovú zmluvu č. 652680-U, predmetom ktorej bol záväzok veriteľa poskytnúť dlžníkovi peňažné prostriedky vo výške 4.059.999,90 Sk a dlžník sa zaviazal vrátiť veriteľovi poskytnutý úver a zaplatiť úroky vo výške 9,85%, pričom išlo o účelovo viazaný úver na prefinancovanie vozidla typu Mercedes-Benz P. XX O.. Zmluvou o ručení uzavretou medzi žalovaným ako veriteľom a žalobcom ako ručiteľom dňa 2.6.2008 vyhlásil žalobca ako ručiteľ, že uspokojí žalovaného, ak dlžník nesplní akékoľvek svoje peňažné záväzky z úverovej zmluvy a v bode 7.1 si strany dojednali, že všetky spory, ktoré vzniknú v súvislosti s touto zmluvou o ručení, vrátane sporov o jej platnosť, výklad alebo jej zrušenie, budú rozhodované podľa platného práva Slovenskej republiky v rozhodcovskom konaní, a to rozhodcom vybraným zo zoznamu rozhodcov vedeného pri Asociácii leasingových spoločností SR. Zmluvné strany sa dohodli, že týmto rozhodcom bude rozhodca, ktorý je ku dňu podpísania tejto zmluvy o ručení zapísaný v zozname rozhodcov vedenom pri Asociácii leasingových spoločností SR a ktorého vo veci rozhodnutia sporu osloví žalobca. Svojím podpisom na tejto zmluve o ručení obe strany vyjadrili súhlas s takýmto výberom rozhodcu zo zoznamu rozhodcov a súčasne potvrdili, že sa so zoznamom rozhodcov platným ku dňu podpísania zmluvy o ručení oboznámili. Strany sa dohodli, že v rozhodcovskom konaní sa bude postupovať podľa procesných zásad rozhodcovského konania vypracovaných Asociáciou leasingových spoločností SR; rozhodcovský rozsudok bude pre obe strany záväzný a konečný a podrobia sa jeho výkonu, ako aj výkonu jednotlivých uznesení a rozhodnutí vydaných v rozhodcovskom konaní; o námietke voči rozhodcovi rozhoduje generálny tajomník Asociácie leasingových spoločností SR, ktorý na rozhodovanie môže prizvať ako prísediacich rozhodcov zapísaných do zoznamu rozhodcov vedenom pri Asociácii leasingových spoločností SR. 6. Z výpisu z obchodného registra Okresného súdu Banská Bystrica odd. Sro vložka č. 9305/S súd prvej inštancie zistil, že od vzniku spoločnosti až doposiaľ je jediným spoločníkom a konateľom spoločnosti B.K. s.r.o., IČO: 36 627 003, ktorá vznikla dňa 12.6.2004, J. D., Q.. R. XXXX/X W. I.. 7. Žalobca zotrval na doterajších tvrdeniach o neplatnom dojednaní rozhodcovskej doložky s ohľadom na porušenie zásady rovnosti postavenia strán rozhodcovského konania s tým, že právny záver oboch súdov vo vzťahu k otázke postavenia žalobcu ako spotrebiteľa považoval žalobca za nesprávny a odporujúci nielen platným právnym normám, ale tiež judikatúre Súdneho dvora, pričom nerešpektovanie riadne ustálenej judikatúry Súdneho dvora vnútroštátnym súdom môže viesť až k zodpovednosti štátu za škodu spôsobenú jednotlivcovi (porov. C-168/15), v nadväznosti na čo žalobca poukázal na rozhodnutia Súdneho dvora C-74/15, C-110/14 a C-534/15. Ďalej je podľa žalobcu potrebné aplikovať ustanovenie § 52 ods. 2 Občianskeho zákonníka a v tejto súvislosti žalobca poukázal na konštantnú judikatúru (uznesenie Krajského súdu v Bratislave zo dňa 4.10.2016 pod sp. zn. 21CoE/216/2016, uznesenie Krajského súdu Banská Bystrica zo dňa 17.12.2015 pod sp. zn. 16CoE/135/2015) v súvislosti s tým, že už skôr žalobca v konaní namietal, že rozhodcovská doložka nebola individuálne dojednaná, pričom túto skutočnosť žalovaný, ktorého v predmetnej otázke zaťažuje dôkazné bremeno, vôbec nespochybnil. Žalobca tiež poukázal na rozhodnutie Súdneho dvora C-168/05. Podľa žalobcu je rozhodcovská doložka neprijateľnou zmluvnou podmienkou, ktorej platnosť je súd povinný posúdiť kedykoľvek počas konania, keď žalobca má vo vzťahu založenom zmluvou o ručení postavenie spotrebiteľa odkazom na judikatúru Súdneho dvora ESD, ako aj rozhodnutie NS SR sp. zn. 5Ndc/10/2016, uverejnené pod R 18/2017. Žalovaný zotrval na dôvodoch, pre ktoré navrhoval žalobu zamietnuť, poukázal na odlišnosť českej a slovenskej právnej úpravy rozhodcovského konania a súčasne uviedol, že ručiteľ nemá postavenie spotrebiteľa, ak zabezpečuje hlavný obchodnoprávny záväzok. 8. Súd prvej inštancie v napadnutom rozsudku konštatoval, že strany neurobili sporným uzatvorenie úverovej zmluvy a zmluvy o ručení, pričom z výpisu z obchodného registra súd prvej inštancie zistil, že od vzniku až do momentu rozhodnutia súdu prvej inštancie bol jediným spoločníkom a konateľom spoločnosti B.K. s.r.o. výlučne p. J. D. a žalobca nikdy nemal v spoločnosti majetkovú účasť a nevykonával v spoločnosti funkciu štatutárneho zástupcu, teda žiadnym spôsobom sa nepodieľal na obchodnom vedení spoločnosti. Uznesením zo dňa 19.11.2015 v konaní o predbežnej otázke vo veci C-74/15 rozhodol Súdny dvor EÚ tak, že čl. 1 ods. 1 a čl. 2 písm. b) smernice Rady 93/13/EHS z 5.4.1993 o neprimeraných podmienkach (zneužívajúcich klauzulách) v spotrebiteľských zmluvách musí byť vyložený v tom zmysle, že táto smernica sa môže vzťahovať na zmluvu o ručení alebo o zabezpečovacom prevode práva uzatvorenú medzi fyzickou osobou a úverovou inštitúciou za účelom zabezpečenia záväzkov dojednaných obchodnou spoločnosťou voči tejto úverovej inštitúcii v rámci úverovej zmluvy, ak táto fyzická osoba konala za účelom, ktorý nespadá do rámca jej profesnej činnosti a nemá funkčnú väzbu s touto spoločnosťou. Súdny dvor uviedol, že pokiaľ ide o posúdenie, či fyzickú osobu, ktorá poskytla zabezpečenie za záväzky obchodnej spoločnosti prevzaté úverovou zmluvou u bankovej inštitúcie, je možné považovať za spotrebiteľa v zmysle čl. 2 písm. b) smernice 93/13, je potrebné uviesť, že takáto zmluva o ručení alebo o zabezpečovacom prevode práva, hoci môže byť kvalifikovaná vo vzťahu k svojmu predmetu ako akcesorická zmluva vo vzťahu k hlavnej zmluve, z ktorej vzniká zabezpečovaný záväzok, sa javí z hľadiska zmluvných strán ako zmluva odlišujúca sa od hlavnej zmluvy. Sú to teda strany zmluvy o ručení alebo o zabezpečovacom prevode práva, u ktorých má byť posudzované, v akom postavení konali. V tomto ohľade pripomenul Súdny dvor, že pojem spotrebiteľ v zmysle čl. 2 písm. b) smernice 93/13 má objektívnu povahu (rozsudok P., C-110/14, bod 21) a musí byť posudzovaný z hľadiska funkčného kritéria spočívajúceho v posúdení, či zmluvný vzťah v prejednávanom prípade spadá mimo rámec činnosti pri výkone určitej profesie. Rovnaký výklad čl. 1 ods. 1 a čl. 2 písm. b) smernice Rady 93/13/EHS, ako ho podal Súdny dvor vo veci C-74/15, podal Súdny dvor aj vo svojom rozhodnutí zo dňa 14.9.2016 vo veci C-534/15, podľa ktorého čl. 1 ods. 1 a čl. 2 písm. b) smernice Rady 93/13/EHS z 5. apríla 1993 o nekalých podmienkach v spotrebiteľských zmluvách sa majú vykladať v tom zmysle, že táto smernica sa uplatňuje na zmluvu o založení nehnuteľnosti uzatvorenú medzi fyzickými osobami a úverovou inštitúciou s cieľom zaručiť sa za záväzky obchodnej spoločnosti, ktoré má táto spoločnosť voči uvedenej úverovej inštitúcii na základe zmluvy o úvere, pokiaľ tieto fyzické osoby konali s cieľom nevzťahujúcim sa na ich obchody, podnikanie alebo povolanie a nemajú funkčný vzťah s uvedenou spoločnosťou, čo prináleží posúdiť vnútroštátnemu súdu. Za funkčný vzťah s obchodnou spoločnosťou považuje Súdny dvor taký vzťah, keď subjekt má majetkovú účasť na spoločnosti alebo je jej štatutárnym orgánom, resp. ak mal nie zanedbateľnú možnosť rozhodovať o obchodnom vedení spoločnosti. 9. Súd prvej inštancie poukázal tiež na rozhodnutie Súdneho dvora C-416/2010, podľa ktorého záväznosť výkladu práva Únie poskytnutého Súdnym dvorom zakladá povinnosť vnútroštátnemu súdu odmietnuť posúdenie súdu vyššieho stupňa (vrátane ústavného), ak sa v súvislosti s týmto výkladom domnieva, že toto posúdenie nie je v súlade s právom EÚ. Ďalej súd prvej inštancie uviedol, že povinnosť eurokonformného výkladu sa týka všetkých pravidiel vnútroštátneho práva (rozsudok Súdneho dvora z 15.1.2014, C-176/12). Zo zásady nepriameho účinku vyplýva aj povinnosť vnútroštátnych súdov zmeniť ustálenú judikatúru, ak vychádza z výkladu vnútroštátneho práva, ktorý je nezlučiteľný s cieľom smernice. Vnútroštátny súd nemôže platne dospieť k záveru, že dotknuté vnútroštátne ustanovenie nie je možné vyložiť v súlade s únijným právom len z toho dôvodu, že toto ustanovenie bolo predtým konštantne vykladané v rozpore s únijným právom, a to aj v prípade, ak tak bolo vykladané súdom v poslednom stupni (rozsudok Súdneho dvora vo veci DI, bod 34 a rozsudok Súdneho dvora z 8.11.2016, C-554/14). V prejednávanej veci podľa súdom prvej inštancie zisteného skutkového stavu zabezpečil žalobca záväzok spoločnosti B.K. s.r.o. zo zmluvy o úvere svojím ručením a teda prevzal ručenie za záväzok obchodnej spoločnosti založený úverovou zmluvou uzatvorenou so žalovaným poskytujúcim úvery, pričom žalobca nebol nikdy štatutárnym orgánom spoločnosti, ani spoločníkom spoločnosti B.K. s.r.o., teda nemal majetkovú účasť na obchodnej spoločnosti a ani sa žiadnym spôsobom nepodieľal na jej vedení a prevzatie ručenia za záväzky obchodnej spoločnosti nerealizoval v rámci svojej podnikateľskej alebo profesijnej činnosti, v dôsledku čoho ide v tomto prípade o skutkovo a právne analogickú vec, akú posudzoval Súdny dvor vo veciach C-74/15 a C-534/15 a na vec prejednávanú v tomto konaní je podľa názoru súdu prvej inštancie potrebné vztiahnuť závery, ku ktorým Súdny dvor dospel v označených konaniach, t.j. že na zmluvu o ručení uzatvorenú žalobcom je potrebné aplikovať smernicu Rady 93/13/EHS, z čoho vyplýva, že žalobca má postavenie spotrebiteľa. V ďalšom sa teda súd prvej inštancie zaoberal námietkami žalobcu vychádzajúcimi z povahy spotrebiteľských zmlúv podľa § 52 Občianskeho zákonníka platného a účinného v čase uzatvorenia zmluvy o ručení, pričom posúdiac obsah rozhodcovskej doložky dohodnutej stranami v bode 7 zmluvy o ručení dospel súd prvej inštancie k záveru, že rozhodcovská doložka je neprijateľnou zmluvnou podmienkou v zmysle § 53 ods. 4 písm. r) Občianskeho zákonníka a teda v zmysle § 53 ods. 5 Občianskeho zákonníka je absolútne neplatná, pretože vyžadovala od žalobcu ako spotrebiteľa, aby všetky spory súvisiace so zmluvou o ručení boli rozhodované výlučne v rozhodcovskom konaní. Túto rozhodcovskú doložku by podľa súdu prvej inštancie bolo potrebné považovať za neprijateľnú zmluvnú podmienku a preto neplatnú aj v prípade, ak by bola medzi stranami dojednaná individuálne, čo však nie je tento prípad, keďže v konaní nebola žalovaným tvrdená a ani preukázaná individuálnosť dojednania rozhodcovskej zmluvy obsiahnutej v zmluve o ručení, pričom v tejto súvislosti súd prvej inštancie poukázal na rozhodnutie Najvyššieho súdu Slovenskej republiky zo dňa 16.1.2013 pod sp. zn. 6MCdo/9/2012. Vychádzajúc z rozsudku Súdneho dvora zo dňa 26.10.2006 vo veci C-168/05 posudzoval súd prvej inštancie platnosť rozhodcovskej doložky obsiahnutej v zmluve o ručení, aj keď sa jej žalobca dovolával až v rámci konania o zrušenie rozhodcovského rozsudku s tým, že napokon aj judikatúra odvolacích, ako aj dovolacieho súdu je konštantná v tom, že je možné a nutné platnosť rozhodcovskej zmluvy posudzovať aj v rámci exekučného konania, v ktorom je podkladom pre exekúciu rozhodcovský rozsudok. Na základe uvedeného súd prvej inštancie žalobe vyhovel a zrušil rozsudok rozhodcovského súdu, pričom sa už z dôvodu hospodárnosti nezaoberal ďalšou námietkou žalobcu spočívajúcou v porušení rovnosti účastníkov rozhodcovského konania. O nároku na náhradu trov konania rozhodol súd prvej inštancie v súlade s § 262 ods. 1 CSP v spojení s § 255 ods. 1 CSP s poukazom na skutočnosť, že žalobca bol vo veci v celom rozsahu úspešný a z toho dôvodu mu súd prvej inštancie priznal nárok na náhradu trov konania v celom rozsahu 100%. 10. Proti tomuto rozsudku podal žalovaný prostredníctvom svojho právneho zástupcu v zákonnej lehote odvolanie v celom rozsahu z dôvodov podľa § 365 ods. 1 písm. b), d) a h) CSP a navrhol, aby odvolací súd napadnutý rozsudok zrušil a vec vrátil súdu prvej inštancie na ďalšie konanie a nové rozhodnutie alebo alternatívne, aby napadnutý rozsudok zmenil tak, že žalobu v celom rozsahu zamietne. Žalovaný v odvolaní namietal, že vo vzťahu k tomuto konaniu sa právnym posúdením postavenia žalobcu ako spotrebiteľa v zmluvnom vzťahu so žalovaným v zmysle zmluvy o ručení už zaoberal Krajský súd v Bratislave na základe odvolania žalovaného voči rozsudku súdu prvej inštancie zo dňa 24.1.2017 č.k. 25Cb/83/2011-138, ktorý uznesením zo dňa 21.6.2018 č.k. 1Cob/235/2017-186 zrušil predmetný rozsudok súdu prvej inštancie a vec vrátil súdu prvej inštancie na ďalšie konanie a nové rozhodnutie, pričom v bode 9 odôvodnenia vyslovil právny názor, v zmysle ktorého sa stotožnil so záverom súdu prvej inštancie, podľa ktorého je v danom prípade záväzok medzi veriteľom a dlžníkom obchodno- právnym vzťahom, z čoho je zrejmé, že aj vzťah medzi žalobcom a žalovaným je obchodno-právnym vzťahom, a teda žalobca nemá postavenie spotrebiteľa. V nadväznosti na vyššie uvedené žalovaný v odvolaní poukázal na ustanovenie § 391 ods. 2 CSP s tým, že s poukazom na princíp právnej istoty sa princíp viazanosti právnym názorom odvolacieho súdu nemusí uplatniť iba vo výnimočných prípadoch, ktoré podľa odbornej literatúry a ustálenej praxe predstavujú nasledovné situácie: zmena skutkových zistení, z ktorých pôvodne vychádzal odvolací súd a z toho vyplývajúca potreba aplikácie inej právnej normy; zmena právnej úpravy, ku ktorej došlo po zrušení rozhodnutia; podstatná zmena rozhodovacej praxe najvyšších súdnych autorít po rozhodnutí odvolacieho súdu. Podľa žalovaného ani jedna z vyššie špecifikovaných skutočností odôvodňujúcich výnimočný odklon súdu prvej inštancie od záväzného právneho názoru odvolacieho súdu nenastala, ale súd prvej inštancie sa po zmene zákonného sudcu len stotožnil s argumentáciou žalobcu vo vzťahu k spotrebiteľskej povahe zmluvy o ručení, ktorú žalobca v konaní uplatňoval už pred vydaním rozsudku súdu prvej inštancie zo dňa 24.1.2017 č.k. 25Cb/83/2011-138, v dôsledku čoho má žalovaný za to, že súd prvej inštancie sa v zjavnom rozpore s § 391 CSP odchýlil od záväzného právneho názoru odvolacieho súdu, čím je daný odvolací dôvod v zmysle § 365 ods. 1 písm. d) CSP. Podľa žalovaného sa súd prvej inštancie navyše v odôvodnení napadnutého rozsudku žiadnym spôsobom nevysporiadal so svojím diametrálne odlišným odklonom od záväzného právneho názoru odvolacieho súdu. Ďalej žalovaný v odvolaní namietal skutočnosť, že v zmysle podanej žaloby sa žalobca domáhal zrušenia rozhodcovského rozsudku z dôvodov zodpovedajúcich § 40 ods. 1 písm. f) a g) ZoRK s tým, že v rámci podanej žaloby a v zákonnej prekluzívnej lehote stanovenej v § 41 ZoRK žalobca nenapadol predmetný rozhodcovský rozsudok z dôvodu podľa § 40 ods. 1 písm. j), teda že pri rozhodovaní boli porušené všeobecne záväzné právne predpisy na ochranu práv spotrebiteľa, pričom k rozšíreniu uplatňovaných dôvodov neplatnosti rozhodcovského rozsudku o dôvod podľa § 40 ods. 1 písm. j) ZoRK došlo až na pojednávaní vo veci samej dňa 24.1.2017, t.j. celkom zjavne po uplynutí zákonom stanovenej prekluzívnej lehoty a skutočnosť, že by žalobca sám seba považoval v zmluvnom vzťahu so žalovaným za spotrebiteľa, žalobca nenamietal ani v samotnom rozhodcovskom konaní. Námietku zákonnej koncentrácie dôvodov pre zrušenie rozhodcovského rozsudku vo vzťahu k rozšíreniu zákonných dôvodov pre jeho zrušenie z hľadiska zákonom stanovenej prekluzívnej lehoty žalovaný uplatnil tak v rámci pojednávania dňa 24.1.2017, ako aj v rámci pojednávania dňa 22.10.2018, avšak napriek tomu sa súd prvej inštancie s uplatnenou námietkou v napadnutom rozsudku vôbec nevysporiadal, čo zakladá odvolací dôvod podľa § 365 ods. 1 písm. b) a h) CSP. 11. Žalobca sa k odvolaniu žalovaného vyjadril podaním svojho právneho zástupcu zo dňa 15.2.2019, v ktorom vo vzťahu k tvrdeniam žalovaného týkajúcim sa viazanosti súdu prvej inštancie právnym názorom odvolacieho súdu vysloveným v predchádzajúcom zrušujúcom uznesení poukázal na skutočnosť, že nerešpektovanie riadne ustálenej judikatúry Súdneho dvora vnútroštátnym súdom môže viesť až k zodpovednosti štátu za škodu spôsobenú jednotlivcovi (C-168/15). Rovnako žalobca považuje za nepravdivé tvrdenie žalovaného, že odvolací súd sa zaoberal právnym posúdením postavenia žalobcu ako spotrebiteľa pri uzatvorení zmluvy o ručení aj vzhľadom na oboznámenie sa s obsahom rozhodnutí Súdneho dvora, nakoľko v odôvodnení svojho rozhodnutia odvolací súd iba sucho konštatuje, že vzťah medzi žalobcom a žalovaným je obchodno-právnym vzťahom, a teda žalobca nemá postavenie spotrebiteľa, pričom však ani jednou vetou sa nevyjadruje k žalobcom zdôrazňovanej judikatúre Súdneho dvora. Princíp rešpektovania ustálenej judikatúry Súdneho dvora má jednoznačne prednosť pred princípom viazanosti právnym názorom odvolacieho súdu a preto súd prvej inštancie postupoval správne, keď na predmetnú vec aplikoval relevantnú judikatúru Súdneho dvora, a to napriek právnemu názoru vyjadrenému v rozhodnutí odvolacieho súdu. Žalobca považuje za nepravdivé aj tvrdenie žalovaného o tom, že súd prvej inštancie sa žiadnym spôsobom nevysporiadal so svojím odklonom od záväzného právneho názoru odvolacieho súdu a v tejto súvislosti žalobca poukázal na odôvodnenie napadnutého rozsudku. Vo vzťahu k ďalšiemu odvolaciemu dôvodu týkajúcemu sa žalobcom uplatňovaných dôvodov na zrušenie rozhodcovského rozsudku žalobca v predmetnom vyjadrení k odvolaniu namietal pravdivosť týchto tvrdení žalovaného, nakoľko žalobca nenapadol rozhodcovský rozsudok zo žiadneho zo žalovaným uvádzaných dôvodov, ale urobil tak z dôvodu neplatnosti rozhodcovskej doložky, t.j. z dôvodu podľa § 40 ods. 1 písm. c) ZoRK účinného v čase podania žaloby. Žalobca ani neskôr nezmenil uvedený dôvod zrušenia rozhodcovského rozsudku, ani ho nerozšíril o iný dôvod, ako to uvádza žalovaný, pričom žaloba bola z uvedeného dôvodu podaná včas. Súd prvej inštancie pri svojom rozhodovaní vychádzal práve zo žalobcom uplatneného dôvodu zrušenia rozhodcovského rozsudku, teda z neplatnosti rozhodcovskej zmluvy, čo vyplýva z bodu 25 odôvodnenia napadnutého rozhodnutia. Ďalej žalobca upozornil, že dôvod, na základe ktorého bola rozhodcovská zmluva posúdená ako neplatná, je dôvodom, ktorý spôsobuje absolútnu neplatnosť a na absolútnu neplatnosť je súd povinný prihliadať ex offo. V tejto súvislosti žalobca poukázal na nález Ústavného súdu SR zo dňa 22.6.2017 č.k. II.ÚS 796/2016-65 a rozsudok Najvyššieho súdu SR zo dňa 30.7.2012 sp. zn. 5Cdo/208/2010, ktoré potvrdzujú, že súd prvej inštancie postupoval správne, keď po tom, čo žalobca vo svojej žalobe poprel platnosť rozhodcovskej zmluvy, rozhodcovskú zmluvu preskúmal a (aj) z úradnej povinnosti prihliadol na jej absolútnu neplatnosť. S poukazom na vyššie uvedené podľa žalobcu odvolanie žalovaného nie je dôvodné a preto žalobca navrhol, aby odvolací súd napadnutý rozsudok ako vecne správny potvrdil. 12. Žalovaný prostredníctvom svojho právneho zástupcu v odvolacej replike zo dňa 27.3.2019 uviedol, že princíp viazanosti súdu prvej inštancie právnym názorom odvolacieho súdu je explicitne vyjadrený v § 391 ods. 2 CSP, pričom rešpektovanie tohto ustanovenia úzko súvisí s princípom právnej istoty a predvídateľnosti súdnych rozhodnutí, ktorého obsahovým komponentom je veľmi zjednodušene povedané rovnaká odpoveď na právnu otázku za rovnakého alebo analogického skutkového stavu, pričom v danom prípade nedošlo k zmene skutkového stavu a ani k zmene právneho stavu, keďže odvolaciemu súdu bola v čase jeho rozhodovania známa judikatúra v obdobných veciach, a to nielen v zmysle právnej zásady iura novit curia, ale najmä s ohľadom na argumentáciu právneho zástupcu žalobcu na pojednávaní dňa 24.1.2017. Na základe uvedeného považuje žalovaný tvrdenie žalobcu o nepravdivosti uvedenej argumentácie žalovaného za účelové a absolútne irelevantné. K rozšíreniu dôvodov neplatnosti rozhodcovskej zmluvy po uplynutí zákonnej prekluzívnej lehoty žalovaný v predmetnom vyjadrení uviedol, že žalobca síce v rámci petitu žaloby uvádza zákonný dôvod neplatnosti rozhodcovskej zmluvy podľa § 40 ods. 1 písm. c) ZoRK, avšak v rámci odôvodnenia žaloby nie je zmienka o tom, že by neplatnosť rozhodcovskej zmluvy mala svoj dôvod v postavení žalobcu ako spotrebiteľa s poukazom na § 53 ods. 4 písm. r) a § 53 ods. 5 Občianskeho zákonníka, a tieto dôvody žalobca prvýkrát použil až na pojednávaní vo veci samej. Pre prípad neplatnosti rozhodcovskej zmluvy z dôvodu právnej úpravy ochrany spotrebiteľa v zmysle § 53 Občianskeho zákonníka zákonodarca upravil samostatný zákonný dôvod pre zrušenie rozhodcovského rozsudku v § 40 ods. 1 písm. j) ZoRK účinného v čase podania žaloby, z čoho podľa žalovaného vyplýva, že pod zákonný dôvod podľa § 40 ods. 1 písm. c) ZoRK nemožno subsumovať prípady neplatnosti rozhodcovskej doložky z dôvodu porušenia všeobecne záväzných predpisov na ochranu spotrebiteľa a zhojiť tak takýmto postupom opomenutie uplatnenia zákonného dôvodu podľa § 40 ods. 1 písm. j) ZoRK v prekluzívnej lehote na podanie žaloby. 13. Žalobca sa nevyjadril k odvolacej replike žalovaného, ktorá bola súdom prvej inštancie doručená právnemu zástupcovi žalobcu na vyjadrenie dňa 8.4.2019. 14. Krajský súd v Bratislave ako odvolací súd v zmysle § 34 v spojení s § 470 zákona č. 160/2015 Z.z. Civilného sporového poriadku (ďalej len „CSP“) po oboznámení sa s obsahom spisu a po preskúmaní napadnutého rozhodnutia súdu prvej inštancie v medziach daných rozsahom odvolania a odvolacími dôvodmi v zmysle § 379 a § 380 CSP dospel k záveru, že odvolanie žalovaného nie je dôvodné. 15. Podľa § 387 ods. 1 CSP odvolací súd rozhodnutie súdu prvej inštancie potvrdí, ak je vo výroku vecne správne. 16.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Podľa čl. 2 ods. 1 Základných princípov CSP ochrana ohrozených alebo porušených práv a právom chránených záujmov musí byť spravodlivá a účinná tak, aby bol naplnený princíp právnej istoty. 18. Podľa čl. 2 ods. 2 Základných princípov CSP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19. Podľa čl. 3 ods. 1 Základných princípov CSP každé ustanovenie tohto zákona je potrebné vykladať v súlade s Ústavou Slovenskej republiky, verejným poriadkom, princípmi, na ktorých spočíva tento zákon, s medzinárodnoprávnymi záväzkami Slovenskej republiky, ktoré majú prednosť pred zákonom, judikatúrou Európskeho súdu pre ľudské práva a Súdneho dvora Európskej únie, a to s trvalým zreteľom na hodnoty, ktoré sú nimi chránené. 20. Podľa čl. 3 ods. 2 Základných princípov CSP výklad tohto zákona nesmie protirečiť tomu, čo je v jeho slovách a vetách jasné a nepochybné. Nikto sa však nesmie dovolávať slov a viet tohto zákona proti ich účelu a zmyslu podľa odseku 1. 21. Podľa § 40 ods. 1 zákona č. 244/2002 Z.z. o rozhodcovskom konaní v znení účinnosť v čase podania predmetnej žaloby na súd (ďalej len „ZoRK“) účastník rozhodcovského konania sa môže žalobou podanou na príslušnom súde domáhať zrušenia tuzemského rozhodcovského rozsudku, len ak a) rozhodcovský rozsudok bol vydaný vo veci, ktorá nemôže byť predmetom rozhodcovského konania (§ 1 ods. 3), b) rozhodcovský rozsudok bol vydaný vo veci, o ktorej už predtým právoplatne rozhodol súd alebo sa o nej právoplatne rozhodlo v inom rozhodcovskom konaní, c) jeden z účastníkov rozhodcovského konania popiera platnosť rozhodcovskej zmluvy, d) sa rozhodlo o veci, na ktorú sa rozhodcovská zmluva nevzťahovala, a účastník rozhodcovského konania túto okolnosť v rozhodcovskom konaní namietal, e) účastník rozhodcovského konania, ktorý musí byť zastúpený zákonným zástupcom, nebol takto zastúpený alebo v mene účastníka rozhodcovského konania vystupovala osoba, ktorá nebola na to splnomocnená a jej úkony neboli ani dodatočne schválené, f) sa na vydaní rozhodcovského rozsudku zúčastnil rozhodca, ktorý bol rozhodnutím podľa § 9 vylúčený pre predpojatosť alebo ktorého vylúčenie účastník rozhodcovského konania pred vydaním rozhodcovského rozsudku nie zo svojej viny nemohol dosiahnuť, g) bola porušená zásada rovnosti účastníkov rozhodcovského konania (§ 17), h) sú dôvody, pre ktoré možno žiadať o obnovu konania podľa osobitného zákona, alebo i) bol rozhodcovský rozsudok ovplyvnený trestným činom rozhodcu, účastníkov konania alebo znalca, za ktorý bol právoplatne odsúdený, j) pri rozhodovaní boli porušené všeobecne záväzné právne predpisy na ochranu práv spotrebiteľa. 22. Podľa § 41 ods. 1 ZoRK žalobu o zrušenie rozhodcovského rozsudku možno podať v lehote 30 dní odo dňa doručenia rozhodcovského rozsudku účastníkovi rozhodcovského konania, ktorý podáva žalobu o zrušenie rozhodcovského rozsudku. Ak účastník rozhodcovského konania požiadal o opravu rozhodcovského rozsudku podľa § 36, lehota začína plynúť od doručenia rozhodnutia o oprave rozhodcovského rozsudku. 23. Podľa § 43 ods. 1 ZoRK ak súd zruší rozhodcovský rozsudok z dôvodov podľa § 40 písm. a) a c), pokračuje v konaní vo veci v rozsahu uvedenom v žalobe alebo v rozsahu uvedenom vo vzájomnej žalobe. 24. Po dôslednom oboznámení sa s obsahom spisu, s obsahom napadnutého rozsudku a s konaním, ktoré predchádzalo jeho vyhláseniu, ako aj s obsahom odvolania žalovaného odvolací súd konštatuje vecnú správnosť napadnutého rozsudku, s ktorého odôvodnením sa odvolací súd v celom rozsahu stotožňuje s tým, že súd prvej inštancie na základe dostatočne zisteného skutkového stavu vyvodil správne právne závery premietnuté do výrokovej časti napadnutého rozsudku a svoje rozhodnutie spôsobom súladným s dikciou ustanovenia § 220 ods. 2 CSP vyčerpávajúco a presvedčivo odôvodnil, a to aj s poukazom na súvisiacu judikatúru Súdneho dvora Európskej únie. Z odôvodnenia napadnutého rozsudku je jednoznačne zrejmý myšlienkový postup súdu prvej inštancie vedúci ku v ňom ustáleným skutkovým a právnym záverom premietnutým do výrokovej časti napadnutého rozsudku. Konanie pred súdom prvej inštancie bolo vedené v súlade so zásadou kontradiktórnosti civilného procesu a odvolací súd nezistil žiadne vady procesného charakteru, ktoré by mali za následok nesprávnosť napadnutého rozhodnutia. 25. Z obsahu spisu odvolací súd zistil, že žalobou podanou na súd prvej inštancie dňa 20.6.2011 sa žalobca z dôvodu podľa § 40 ods. 1 písm. c) ZoRK domáhal zrušenia rozhodcovského rozsudku sp. zn. RK/11/ALS/10 vydaného dňa 23.3.2011 rozhodcom S.. K. Š., advokát, so sídlom AK, Vajnorská 98/ D, 831 04 Bratislava, zapísaným v zozname rozhodcov vedenom Asociáciou leasingových spoločností Slovenskej republiky v celom rozsahu z dôvodu neplatnosti rozhodcovskej doložky obsiahnutej v zmluve o ručení uzavretej dňa 2.6.2008 medzi žalobcom ako ručiteľom a žalovaným ako veriteľom, ktorou žalobca prevzal na seba záväzok uspokojiť veriteľa, ak dlžník - obchodná spoločnosť B.K. s.r.o. Rimavská Sobota, IČO: 36 627 003 nesplní akékoľvek svoje peňažné záväzky vyplývajúce z úverovej zmluvy č. 652680-U uzavretej medzi veriteľom a dlžníkom. Predmetný rozhodcovský rozsudok bol žalobcovi doručený dňa 23.5.2011. 26. Za rešpektovania zásady viazanosti odvolacími dôvodmi v zmysle § 380 ods. 1 CSP na zdôraznenie správnosti napadnutého rozhodnutia vo vzťahu k odvolacej argumentácii žalovaného, ktorou namieta, že žalobca uplatnil dôvod zrušenia rozhodcovského rozsudku podľa § 40 ods. 1 písm. j) ZoRK po uplynutí prekluzívnej lehoty uvedením skutočností zodpovedajúcich tomuto zákonnému dôvodu prvýkrát až na pojednávaní konanom pred súdom prvej inštancie dňa 24.1.2017, odvolací súd považuje za potrebné zdôrazniť skutočnosť, že žalobcom v žalobe uplatnený dôvod zrušenia rozhodcovského rozsudku podľa § 40 ods. 1 písm. c) ZoRK, t.j. „jeden z účastníkov rozhodcovského konania popiera platnosť rozhodcovskej zmluvy“, zostal dôvodom, na ktorom žalobca zotrvával v priebehu celého konania, pričom aj skutočnosti uvádzané žalobcom na pojednávaní konanom dňa 24.1.2017 zodpovedajú dôvodu podľa § 40 ods. 1 písm. c) ZoRK, keďže žalobca nimi namietal neplatnosť rozhodcovskej doložky/zmluvy z dôvodu jej rozporu s právnou úpravou na ochranu práv spotrebiteľa. Z vyššie uvedeného je zrejmé, že žalobca včas v rámci zákonom stanovenej lehoty 30 dní odo dňa doručenia rozhodcovského rozsudku žalobcovi podal na súd žalobu o zrušenie rozhodcovského rozsudku z dôvodu neplatnosti rozhodcovskej doložky/zmluvy podľa § 40 ods. 1 písm. c) ZoRK, pričom rozšírenie argumentácie žalobcu vo vzťahu k dôvodom neplatnosti rozhodcovskej doložky/zmluvy v priebehu konania nemožno kvalifikovať ako neuplatnenie žaloby o zrušenie rozhodcovského rozsudku včas. Odvolací súd sa nestotožnil s názorom žalovaného spočívajúcom v tvrdení, že žalobca uplatnením argumentácie právnymi predpismi na ochranu práv spotrebiteľa a s tým súvisiacou judikatúrou Súdneho dvora Európskej únie uplatnil dôvod zrušenia rozhodcovského rozsudku podľa § 40 ods. 1 písm. j) ZoRK a v tejto súvislosti odvolací súd zastáva názor, že aj táto argumentácia žalobcu sa týkala popierania platnosti rozhodcovskej doložky/ zmluvy zo strany žalobcu ako účastníka rozhodcovského konania a teda smerovala k dôvodu zrušenia rozhodcovského rozsudku podľa § 40 ods. 1 písm. c) ZoRK, pričom žalobca predložením žalobnej odpovede adresovanej rozhodcovskému súdu preukázal, že neplatnosť rozhodcovskej doložky namietal aj v konaní pred rozhodcovským súdom. Súčasne odvolací súd považuje za potrebné uviesť, že dôvod zrušenia rozhodcovského rozsudku podľa ustanovenia § 40 ods. 1 písm. j) ZoRK sa týka prípadov, keď pri rozhodovaní rozhodcovského súdu boli porušené všeobecne záväzné právne predpisy na ochranu práv spotrebiteľa, a nie prípadov neplatnosti rozhodcovskej doložky/zmluvy a na to nadväzujúcim nedostatkom právomoci rozhodcovského súdu spor prejednať a rozhodnúť. 27. Súd prvej inštancie neprijateľnosť predmetnej rozhodcovskej doložky vyvodil zo skutočnosti, že rozhodcovská doložka nebola so spotrebiteľom individuálne dojednaná a núti spotrebiteľa neodvolateľne sa podrobiť rozhodcovskému konaniu, pričom vo vzťahu ku skutočnosti, že neplatnosť rozhodcovskej doložky z pohľadu spotrebiteľského práva nebola žalobcom namietaná v rámci rozhodcovského konania, súd prvej inštancie poukázal na rozsudok Súdneho dvora Európskej únie zo dňa 26.10.2006, C-168/05, v zmysle ktorého smernica 93/13 o nekalých podmienkach v spotrebiteľských zmluvách sa má vykladať v tom zmysle, že vyžaduje, aby vnútroštátny súd, na ktorý je podaná žaloba o zrušenie rozhodcovského rozhodnutia, posúdil neplatnosť rozhodcovskej zmluvy a zrušil toto rozhodnutie z dôvodu, že uvedená zmluva obsahuje nekalú podmienku, hoci spotrebiteľ sa dovolával tejto neplatnosti nie v rámci rozhodcovského konania, ale výlučne v rámci žaloby o zrušenie. V tejto súvislosti odvolací súd s poukazom na prevládajúci právny názor vyslovený v ustálenej judikatúre súdov navyše uvádza, že o neprijateľnú zmluvnú podmienku ide aj vtedy, ak síce spotrebiteľ podľa nej má možnosť vybrať si medzi rozhodcovským a všeobecným súdom, ale ak by podľa takejto doložky sa rozhodcovské konanie začalo na základe žaloby podanej dodávateľom, spotrebiteľ by bol nútený podrobiť sa rozhodcovskému konaniu alebo podať žalobu na všeobecnom súde, ak by chcel zabrániť rozhodcovskému konaniu. Z pohľadu spotrebiteľa je totiž rovnocenné, či riešenie jeho sporov prostredníctvom rozhodcovského konania mu vnúti štandardná zmluvná klauzula alebo dodávateľ svojím konaním podaním žaloby na rozhodcovskom súde. Názor o ochrane práv spotrebiteľa ako slabšej strany bol opakovane vyslovený aj v judikatúre Najvyššieho súdu SR (napr. 6 M Cdo 9/2012, 5 Cdo 61/2012, 5 Cdo 232/2012, 6 Cdo 1/2012, 6 Cdo 217/2012, 6 Cdo 1/2012), pričom konštantná judikatúra súdov zaujala prevládajúci názor o prípustnosti a dôvodnosti prieskumu rozhodcovskej zmluvy aj z hľadiska neprijateľných zmluvných dojednaní (§ 52 a nasl. Občianskeho zákonníka). V nadväznosti na vyššie uvedené je tiež namieste uviesť, že aj pri skúmaní vykonateľnosti exekučného titulu sa súd zaoberá tým, či ide o rozhodnutie, ktoré možno vykonať podľa Exekučného poriadku, či rozhodnutie je vykonateľné po formálnej, ako aj po materiálnej stránke; ide o hmotnoprávne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to má za následok, že takéto rozhodnutie nie je možné vykonať (napr. rozhodnutie NS SR sp. zn. 3 M Cdo/20/2008 z 22.4.2009, IV. ÚS 78/2011 zo 17.3.2011). 28. Vo vzťahu k odvolacej argumentácii žalovaného týkajúcej sa tvrdenia, že súd prvej inštancie napadnutým rozsudkom nerešpektoval záväzný právny názor odvolacieho súdu obsiahnutý v uznesení Krajského súdu v Bratislave zo dňa 21.6.2018 pod č.k. 1Cob/235/2017-186, odvolací súd poukazuje v prvom rade na skutočnosť, že primárnym dôvodom zrušenia rozsudku súdu prvej inštancie zo dňa 24.1.2017 pod č.k. 25Cb/83/2011-138 bolo nedostatočné vysporiadanie sa so všetkými skutočnosťami potrebnými pre rozhodnutie súdom prvej inštancie, pričom stotožnenie sa odvolacieho súdu s názorom súdu prvej inštancie o tom, že žalobca nemá postavenie spotrebiteľa, vychádzalo výlučne z posúdenia právneho vzťahu medzi veriteľom a dlžníkom ako obchodno-právneho vzťahu bez samostatného posudzovania predmetnej zmluvy o ručení s ohľadom na zisťovanie charakteru prepojenosti žalobcu ako ručiteľa s obchodnou spoločnosťou, za ktorú prevzal záväzok vyplývajúci z ručenia, pričom tieto okolnosti neboli v tom čase ešte ani predmetom preskúmavania súdom prvej inštancie, ktorému práve odvolací súd vytýkal nedostatočné zistenie skutočností potrebných pre rozhodnutie. V neposlednom rade odvolací súd poukazuje na skutočnosť, že súd prvej inštancie v napadnutom rozsudku svoj odklon od vyššie uvedeného predbežného právneho záveru odvolacieho súdu náležitým spôsobom odôvodnil poukázaním na rozhodnutia Súdneho dvora Európskej únie vo vzťahu k viazanosti vnútroštátnych súdov právnymi závermi a výkladom práva Európskej únie vyplývajúcimi z judikatúry Súdneho dvora Európskej únie, pričom v tejto súvislosti odvolací súd považuje postup súdu prvej inštancie za súladný so zásadami vyplývajúcimi z čl. 2 ods. 2 a čl. 3 ods. 1, ods. 2 Základných princípov CSP. Vzhľadom na vyššie uvedené nemožno odklon súdu prvej inštancie od žalovaným v odvolacích dôvodoch prezentovaného právneho názoru odvolacieho súdu v uznesení zo dňa 21.6.2018 pod č.k. 1Cob/235/2017-186 hodnotiť ako svojvoľný a v danom prípade neopodstatnený. Vo vzťahu k meritórnemu posúdeniu predmetného sporu v nadväznosti na skutkové zistenia súdu prvej inštancie, ktoré neboli v priebehu konania pred súdom prvej inštancie a ani v rámci odvolacieho konania žalovaným rozporované a v zmysle ktorých žalobca nebol nikdy štatutárnym orgánom a ani spoločníkom obchodnej spoločnosti B.K. s.r.o. Rimavská Sobota, IČO: 36 627 003, nemal majetkovú účasť v tejto obchodnej spoločnosti a ani sa žiadnym spôsobom nepodieľal na jej obchodnom vedení a prevzatie ručenia za záväzky tejto obchodnej spoločnosti nerealizoval v rámci svojej podnikateľskej alebo profesijnej činnosti, súd prvej inštancie správne vyhodnotil, že postavenie žalobcu z titulu predmetnej zmluvy o ručení zodpovedá definícii spotrebiteľa v zmysle judikatúry Súdneho dvora Európskej únie k danej otázke, od ktorej súd prvej inštancie svoje právne posúdenie v danej veci odvíjal a následne predmet sporu skutkovo a právne správne posúdil podľa príslušných ustanovení Občianskeho zákonníka týkajúcich sa ochrany práv spotrebiteľa. 29. S poukazom na vyššie uvedené skutočnosti a s poukazom na znenie citovaných zákonných ustanovení odvolací súd dospel k záveru, že rozhodnutie súdu prvej inštancie je vecne správne a z toho dôvodu odvolací súd viazaný odvolacími dôvodmi v zmysle § 380 CSP napadnutý rozsudok súdu prvej inštancie v zmysle § 387 ods. 1, ods. 2 CSP ako vo výroku vecne správny potvrdil. 30. Pre úplnosť odvolací súd považuje za nevyhnutné upriamiť pozornosť súdu prvej inštancie na skutočnosť, že v danom prípade bol predmetný rozhodcovský rozsudok zrušený predmetným odvolaním žalovaného dotknutým rozsudkom súdu prvej inštancie z dôvodu zodpovedajúceho ustanoveniu § 40 ods. 1 písm. c) ZoRK, v dôsledku čoho bude v ďalšom potrebné zo strany súdu prvej inštancie postupovať v súlade s dikciou ustanovenia § 43 ods. 1 ZoRK. 31. O náhrade trov odvolacieho konania rozhodol odvolací súd podľa § 396 ods. 1 CSP v spojení s § 255 ods. 1 a s § 262 ods. 1 CSP tak, že žalobcovi priznal voči žalovanému nárok na náhradu trov odvolacieho konania vo výške 100%, keďže bol žalobca v odvolacom konaní plne úspešný. 32.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https://www.kauzis.sk/judikatura/r/ECLI:SK:KSBA:2020:1111219633.4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