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2To/107/2019 z 25. 2. 2020</w:t>
      </w:r>
    </w:p>
    <w:p>
      <w:r>
        <w:t>Uznesenie Krajského súdu Bratislava z 25. februára 2020, sp. zn. 2To/107/2019, ECLI:SK:KSBA:2020:1112010926.2</w:t>
      </w:r>
    </w:p>
    <w:p>
      <w:r>
        <w:t>Súd: Krajský súd Bratislava</w:t>
      </w:r>
    </w:p>
    <w:p>
      <w:r>
        <w:t>Spisová značka: 2To/107/2019</w:t>
      </w:r>
    </w:p>
    <w:p>
      <w:r>
        <w:t>ECLI: ECLI:SK:KSBA:2020:1112010926.2</w:t>
      </w:r>
    </w:p>
    <w:p>
      <w:r>
        <w:t>Dátum vydania: 25. 2. 2020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Bratislava Spisová značka: 2To/107/2019 Identifikačné číslo súdneho spisu: 1112010926 Dátum vydania rozhodnutia: 26. 02. 2020 Meno a priezvisko sudcu, VSÚ: JUDr. Magdaléna Blažová ECLI: ECLI:SK:KSBA:2020:1112010926.2 Uznesenie Krajský súd v Bratislave v senáte zloženom z predsedu JUDr. Magdalénou Blažovou, v trestnej veci obžalovaného X. Z. pre zločin neužívania právomoci verejného činiteľa podľa § 20 k § 326 ods. 1 písm. a/ Tr. zák. s poukazom na § 138 písm. j/ Tr. zák. a § 127 ods. 12 Tr. zák. a iné, o odvolaní prokurátora Okresnej prokuratúry Bratislava I proti rozsudku Okresného súdu Bratislava I sp. zn. 5T/89/2012 zo dňa 15.11.2018, na verejnom zasadnutí konanom dňa 26. februára 2020, takto r o z h o d o l : Podľa § 312 ods. 4 Tr. por. predsedníčka senátu odvolacieho súdu berie na vedomie späťvzatie odvolania prokurátora podané proti rozsudku Okresného súdu Bratislava I z 15.11.2018 sp. zn. 5T/89/2020. o d ô v o d n e n i e : Odvolaním napadnutým rozsudkom Okresného súdu Bratislava I sp. zn. 5T/89/2012 zo dňa 15.11.2018 bol obžalovaný X. Petrovič: v bode I/ podľa § 285 písm. c/ Tr. por. oslobodený spod obžaloby prokurátora Okresnej prokuratúry Bratislava I zo dňa 25.04.2012 č. k. 2Pv/778/10 - 14, pre skutok právne kvalifikovaný ako prečin zneužívania právomoci verejného činiteľa podľa § 20 k § 326 ods. 1 písm. a/ Tr. zák., ktorého sa mal dopustiť na tam uvedenom skutkovom základe, pretože nebolo dokázané, že skutok spáchal obžalovaný, v bode II/ podľa § 285 písm. c/ Tr. por. oslobodený spod obžaloby prokurátora Okresnej prokuratúry Bratislava I zo dňa 16.07.2012 č.k. 4Pv 152/12-11, pre skutok právne kvalifikovaný ako zločin zneužívania právomoci verejného činiteľa podľa § 20 k § 326 ods. 1 písm. a/, ods. 2 písm. a/ Tr. zák. s poukazom na ustanovenie § 138 písm. j/ Tr. zák. a ustanovenie § 127 ods. 12 Tr. zák., ktorého sa mal dopustiť na tam uvedenom skutkovom základe, pretože nebolo dokázané, že skutok spáchal obžalovaný. Prokurátor Okresnej prokuratúry Bratislava I podal proti rozsudku prvostupňového súdu odvolanie ihneď po jeho vyhlásení priamo do zápisnice súdu o hlavnom pojednávaní proti obom jeho výrokom a v neprospech obžalovaného. Na verejnom zasadnutí Krajského súdu v Bratislave, predmetom ktorého bolo prejednanie a rozhodnutie predmetnej trestnej veci na poklade podaného odvolania, prokurátor krajskej prokuratúry výslovným vyhlásením podané odvolanie vzal späť. Podľa § 312 ods. 2 Tr. por., osoba, ktorá odvolanie podala, môže ho výslovným vyhlásením vziať, a to až do doby, než sa odvolací súd odoberie na záverečnú poradu. Odvolanie prokurátora môže vziať späť i nadriadený prokurátor. Podľa § 312 ods. 4 Tr. por., vzatie odvolania späť vezme uznesením na vedomie predseda senátu odvolacieho súdu, a ak nebola vec doteraz tomuto súdu predložená, predseda senátu súdu prvého stupňa. Vzhľadom k skutočnosti, že prokurátor krajskej prokuratúry využil svoje právo dané mu zhora citovaným zákonným ustanovením do doby, než sa odvolací súd neodobral na záverečnú poradu a predsedníčka senátu odvolacieho súdu vzala späťvzatie predmetného odvolania na vedomie. Poučenie: Proti tomuto uzneseniu nie je prípustný riadny opravný prostriedok.</w:t>
      </w:r>
    </w:p>
    <w:p/>
    <w:p>
      <w:r>
        <w:t>Zdroj: KAUZIS.SK – https://www.kauzis.sk/judikatura/r/ECLI:SK:KSBA:2020:1112010926.2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