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1Cob/201/2018 z 5. 5. 2020</w:t>
      </w:r>
    </w:p>
    <w:p>
      <w:r>
        <w:t>Opravné uznesenie Krajského súdu Bratislava z 5. mája 2020, sp. zn. 1Cob/201/2018, ECLI:SK:KSBA:2020:1215201348.3</w:t>
      </w:r>
    </w:p>
    <w:p>
      <w:r>
        <w:t>Súd: Krajský súd Bratislava</w:t>
      </w:r>
    </w:p>
    <w:p>
      <w:r>
        <w:t>Spisová značka: 1Cob/201/2018</w:t>
      </w:r>
    </w:p>
    <w:p>
      <w:r>
        <w:t>ECLI: ECLI:SK:KSBA:2020:1215201348.3</w:t>
      </w:r>
    </w:p>
    <w:p>
      <w:r>
        <w:t>Dátum vydania: 5. 5. 2020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1Cob/201/2018 Identifikačné číslo súdneho spisu: 1215201348 Dátum vydania rozhodnutia: 06. 05. 2020 Meno a priezvisko sudcu, VSÚ: JUDr. Andrea Sedláčková ECLI: ECLI:SK:KSBA:2020:1215201348.3 Opravné uznesenie Krajský súd v Bratislave v senáte zloženom z predsedníčky senátu JUDr. Andrey Sedlačkovej a členiek senátu JUDr. Marty Šašinkovej a JUDr. Moniky Školníkovej v spore žalobcu: AUTOREAL TT, s.r.o., Bratislavská 68, Trnava, IČO: 36 251 895, zastúpeného Prosman a Pavlovič advokátska kancelária, s.r.o., Hlavná 31, Trnava, IČO: 36 865 281 proti žalovanému: Mazda Motor Logistics Europe NV, Blaasveldstraat 162, Willebroek 2830, Belgicko, vo veci organizačnej zložky Mazda Motor Logistics Europe NV, organizačná zložka, LINDNER II, Galvaniho 7/B Bratislava - mestská časť Ružinov, IČO: 36 671 207, zastúpenému Glatzová &amp; Co., s. r. o., Hviezdoslavovo námestie 25, Bratislava, IČO: 36 860 506 o určenie neplatnosti výpovede vedenom na Okresnom súde Bratislava II pod sp.zn. 23Cb/46/2015 takto r o z h o d o l : Krajský súd v Bratislave o p r a v u j e záhlavie rozsudku Krajského súdu v Bratislave č.k. 1Cob/201/2018-428 zo dňa 28.11.2019 v časti označenia žalovaného tak, že dopĺňa právneho zástupcu žalovaného: Glatzová &amp; Co., s.r.o., Hviezdoslavovo námestie 25 Bratislava, IČO: 36 860 506. o d ô v o d n e n i e 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d), e)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d), e) CSP).</w:t>
      </w:r>
    </w:p>
    <w:p/>
    <w:p>
      <w:r>
        <w:t>Zdroj: KAUZIS.SK – https://www.kauzis.sk/judikatura/r/ECLI:SK:KSBA:2020:1215201348.3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