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4Cob/181/2018 z 25. 11. 2020</w:t>
      </w:r>
    </w:p>
    <w:p>
      <w:r>
        <w:t>Opravné uznesenie Krajského súdu Bratislava z 25. novembra 2020, sp. zn. 4Cob/181/2018, ECLI:SK:KSBA:2020:1216200728.3</w:t>
      </w:r>
    </w:p>
    <w:p>
      <w:r>
        <w:t>Súd: Krajský súd Bratislava</w:t>
      </w:r>
    </w:p>
    <w:p>
      <w:r>
        <w:t>Spisová značka: 4Cob/181/2018</w:t>
      </w:r>
    </w:p>
    <w:p>
      <w:r>
        <w:t>ECLI: ECLI:SK:KSBA:2020:1216200728.3</w:t>
      </w:r>
    </w:p>
    <w:p>
      <w:r>
        <w:t>Dátum vydania: 25. 11. 2020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4Cob/181/2018 Identifikačné číslo súdneho spisu: 1216200728 Dátum vydania rozhodnutia: 26. 11. 2020 Meno a priezvisko sudcu, VSÚ: JUDr. Dana Šiffalovičová ECLI: ECLI:SK:KSBA:2020:1216200728.3 Opravné uznesenie Krajský súd v Bratislave v senáte zloženom z predsedníčky senátu JUDr. Dany Šiffalovičovej a členiek senátu JUDr. Eleny Kúšovej JUDr. a Tatiany Pastierikovej v právnej veci žalobcu: BEKWOODCOTE s.r.o., Vajnorská 135, 831 04 Bratislava, IČO: 31 364 951, zastúpeného: Právny dom - advokáti, s.r.o., Dlhá 2, 974 05 Banská Bystrica, IČO: 36 857 793, proti žalovanému: N.. Y. T., B.. XX.XX.XXXX, X. Š. XXXX/XX, XXX XX X., zastúpenému: LAWS, s. r. o., Rajská 7, 811 08 Bratislava, IČO: 36 729 078, o zaplatenie 45.780,12 eur s príslušenstvom, o odvolaní žalobcu proti rozsudku Okresného súdu Bratislava II, č.k. 42Cb/53/2016-520 zo dňa 03.05.2018 v znení opravného uznesenia č.k. 42Cb/53/2016-762 zo dňa 15.06.2020, takto r o z h o d o l : Krajský súd v Bratislave opravuje označenie napadnutého rozsudku v záhlaví a výrokovej časti rozsudku č.k. 4Cob/181/2018-582 zo dňa 27.02.2020 tak, že namiesto: „č.k. 42Cb/53/2013-520“ má byť: „č.k. 42Cb/53/2016-520“. o d ô v o d n e n i e : 1. Krajský súd v Bratislave vydal rozsudok č.k. 4Cob/181/2018-582 zo dňa 27.02.2020. 2. Okresný súd Bratislava II na návrh právneho zástupcu žalovaného vydal opravné uznesenie č.k. 42Cb/53/2016-762 zo dňa 15.06.2020, ktorým opravil rozsudok č.k. 42Cb/53/2016-520 zo dňa 03.05.2018 v časti spisovej značky tak, že správne má znieť „42Cb/53/2016“ a zároveň opravil záhlavie rozsudku č.k. 43Cb/53/2016-520 zo dňa 03.05.2018 v časti čísla konania tak, že správne má znieť „42Cb/53/2016-53“. 3. Krajský súd v Bratislave na základe podnetu Okresného súdu Bratislava II na vydanie opravného uznesenia, s poukazom na opravné uznesenie Okresného súdu Bratislava II č.k. 42Cb/53/2016-762 zo dňa 15.06.2020, opravil označenie napadnutého rozsudku v záhlaví a výrokovej časti rozsudku č.k. 4Cob/181/2018-582 zo dňa 27.02.2020 tak, že namiesto „č.k. 42Cb/53/2013-520“ má byť „č.k. 42Cb/53/2016-520“. 4. Podľa § 224 zákona č. 160/2015 Z. z. Civilného sporového poriadku (ďalej len „CSP“) súd kedykoľvek aj bez návrhu opraví v rozsudku chyby v písaní a počítaní, ako aj iné zrejmé nesprávnosti. O oprave súd vydá opravné uznesenie, ktoré doručí subjektom konania. 5. Vzhľadom na to, že pri vyhotovovaní predmetného rozhodnutia došlo k chybe, súd rozhodol o jeho oprave tak, ako je uvedené vo výroku tohto uznesenia. 6. Rozhodnutie bolo prijaté senátom Krajského súdu v Bratislave pomerom hlasov 3:0.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https://www.kauzis.sk/judikatura/r/ECLI:SK:KSBA:2020:1216200728.3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