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3Co/297/2018 z 30. 7. 2020</w:t>
      </w:r>
    </w:p>
    <w:p>
      <w:r>
        <w:t>Opravné uznesenie Krajského súdu Bratislava z 30. júla 2020, sp. zn. 3Co/297/2018, ECLI:SK:KSBA:2020:1216207015.4</w:t>
      </w:r>
    </w:p>
    <w:p>
      <w:r>
        <w:t>Súd: Krajský súd Bratislava</w:t>
      </w:r>
    </w:p>
    <w:p>
      <w:r>
        <w:t>Spisová značka: 3Co/297/2018</w:t>
      </w:r>
    </w:p>
    <w:p>
      <w:r>
        <w:t>ECLI: ECLI:SK:KSBA:2020:1216207015.4</w:t>
      </w:r>
    </w:p>
    <w:p>
      <w:r>
        <w:t>Dátum vydania: 30. 7.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3Co/297/2018 Identifikačné číslo súdneho spisu: 1216207015 Dátum vydania rozhodnutia: 31. 07. 2020 Meno a priezvisko sudcu, VSÚ: JUDr. Alexandra Hanusová ECLI: ECLI:SK:KSBA:2020:1216207015.4 Opravné uznesenie Krajský súd v Bratislave v senáte zloženom z predsedníčky senátu JUDr. Alexandry Hanusovej a sudcov JUDr. Romana Bolebrucha a Mgr. Patricie Skotnickej v spore žalobcu: Spoločenstvo vlastníkov bytov a nebytových priestorov Košická 20-26, Košická 24, Bratislava, IČO: 30 791 723, zastúpeného advokátom JUDr. Ivanom Jánošíkom, Klincová 35, Bratislava, proti žalovanej: R.. Y. E., W. XX, Z.F., zastúpenej advokátom Mgr. Kamilom Suchodolským, Kúpeľná 84, Revúca, o uloženie povinnosti vypratať rozostavaný byt, na odvolanie žalobcu proti rozsudku Okresného súdu Bratislava II č.k. 7C/76/2016-177 zo dňa 20.6.2018, takto r o z h o d o l : Odvolací súd o p r a v u j e úvodnú časť (záhlavie) rozsudku zo dňa 30.04.2020, č.k. 3Co/297/2018-217 tak, že správne znie: „Krajský súd v Bratislave v senáte zloženom z predsedníčky senátu JUDr. Alexandry Hanusovej a sudcov JUDr. Romana Bolebrucha a Mgr. Patricie Skotnickej v spore žalobcu: Spoločenstvo vlastníkov bytov a nebytových priestorov Košická 20-26, Košická 24, Bratislava, IČO: 30 791 723, zastúpeného advokátom JUDr. Ivanom Jánošíkom, Klincová 35, Bratislava, proti žalovanej: R.. Y. E., W. XX, Z., zastúpenej advokátom Mgr. Kamilom Suchodolským, Kúpeľná 84, Revúca, o uloženie povinnosti vypratať rozostavaný byt, na odvolanie žalobcu proti rozsudku Okresného súdu Bratislava II č.k. 7C/76/2016-177 zo dňa 20.6.2018, takto“. o d ô v o d n e n i e : 1. Krajský súd v Bratislave, ako súd odvolací, rozsudkom zo dňa 30.04.2020, č.k. 3Co/297/2018-217 potvrdil rozsudok súdu prvej inštancie a žalovanej priznal proti žalobcovi plný nárok na náhradu trov odvolacieho konania. 2. Okresný súd Bratislava II vrátil tunajšiemu súdu spis vo veci z dôvodu, že v záhlaví uvedeného rozsudku absentuje označenie právneho zástupcu žalovanej. 3. Podľa § 224 zákona č. 160/2015 Z.z. Civilný sporový poriadok (ďalej len „C.s.p.“) súd kedykoľvek aj bez návrhu opraví v rozsudku chyby v písaní a počítaní, ako aj iné zrejmé nesprávnosti. O oprave súd vydá opravné uznesenie, ktoré doručí subjektom konania. 4. Podľa § 378 ods. 1 C.s.p. na konanie na odvolacom súde sa primerane použijú ustanovenia o konaní pred súdom prvej inštancie, ak tento zákon neustanovuje inak. 5. Vzhľadom na skutočnosť, že zo strany odvolacieho súdu došlo pri písomnom vyhotovení rozsudku zo dňa 30.04.2020, č.k. 3Co/297/2018-217 v úvodnej časti (záhlaví) k zrejmej nesprávnosti, spočívajúcej v absencií označenia právneho zástupcu žalovanej, odvolací súd vzniknuté pochybenie odstránil postupom podľa § 224 v spojení s § 378 C.s.p. 6.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https://www.kauzis.sk/judikatura/r/ECLI:SK:KSBA:2020:1216207015.4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