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5Co/241/2019 z 8. 3. 2020</w:t>
      </w:r>
    </w:p>
    <w:p>
      <w:r>
        <w:t>Opravné uznesenie Krajského súdu Bratislava z 8. marca 2020, sp. zn. 5Co/241/2019, ECLI:SK:KSBA:2020:1218203271.2</w:t>
      </w:r>
    </w:p>
    <w:p>
      <w:r>
        <w:t>Súd: Krajský súd Bratislava</w:t>
      </w:r>
    </w:p>
    <w:p>
      <w:r>
        <w:t>Spisová značka: 5Co/241/2019</w:t>
      </w:r>
    </w:p>
    <w:p>
      <w:r>
        <w:t>ECLI: ECLI:SK:KSBA:2020:1218203271.2</w:t>
      </w:r>
    </w:p>
    <w:p>
      <w:r>
        <w:t>Dátum vydania: 8. 3.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5Co/241/2019 Identifikačné číslo súdneho spisu: 1218203271 Dátum vydania rozhodnutia: 09. 03. 2020 Meno a priezvisko sudcu, VSÚ: JUDr. Juraj Považan ECLI: ECLI:SK:KSBA:2020:1218203271.2 Opravné uznesenie Krajský súd v Bratislave v senáte zloženom z predsedu senátu JUDr. Juraja Považana a členov senátu JUDr. Janky Richterovej a JUDr. Milana Chalupku v právnej veci žalobcu: F. O., Z.. XX.XX.XXXX, B.F.: L. XXX, L., zast. JUDr. Pavol Gráčik, advokát so sídlom: Farská 40, Nitra, proti žalovaným: 1/ Zoznam, s.r.o., IČO: 36 029 076, so sídlom: Bratislava, Viedenská cesta 3-7, v zast. JUDr. Rudolf Adamčík, advokátska kancelária s.r.o., Liptovská 2/A, P.O.BOX 67, Bratislava, 2/ FPD Media a.s., IČO: 47 2376 01, so sídlom: Palisády 29/A, Bratislava, zast. Advokátska kancelária BÁNOS s.r.o., advokátska kancelária so sídlom: Galanta, Hlavná 979/23, 3/ N Press s.r.o., IČO: 46 887 491, so sídlom: Bratislava, Jarošova 1, zast. ZLOCHA LEGAL, s.r.o. advokátska kancelária so sídlom: Bratislava, Kamenárska 17/A, o ochranu osobnosti a náhradu nemajetkovej ujmy a bolestného, o oprave rozsudku Krajského súdu v Bratislave zo dňa 17. decembra 2019 č.k. 5Co/241/2019-406 takto r o z h o d o l : Opravuje sa záhlavie rozsudku Krajského súdu v Bratislave zo dňa 17. decembra 2019 č.k. 5Co/241/2019-406 tak, že správne označenie žalovaného 2/ znie: FPD Media a.s., IČO: 47 2376 01, so sídlom: Palisády 29/A, Bratislava. Opravuje sa záhlavie rozsudku Krajského súdu v Bratislave zo dňa 17. decembra 2019 č.k. 5Co/241/2019-406 tak, že správne označenie právneho zástupcu žalovaného 3/ znie: ZLOCHA LEGAL s.r.o., advokátska kancelária so sídlom: Bratislava, Kamenárska 17/A. o d ô v o d n e n i e : 1. Krajský súd v Bratislave ako súd odvolací svojím rozsudkom č.k.: 5Co/241/2019-406 zo dňa 17. decembra 2019 rozhodol tak, že napadnutý rozsudok súdu prvej inštancie potvrdil. Žalovaným priznal nárok na náhradu trov odvolacieho konania v rozsahu 100%. 2. Podľa § 378 ods. 1 CSP na konanie na odvolacom súde sa primerane použijú ustanovenia o konaní pred súdom prvej inštancie, ak tento zákon neustanovuje inak. 3. Podľa § 224 CSP súd kedykoľvek aj bez návrhu opraví v rozsudku chyby v písaní a počítaní, ako aj iné zrejmé nesprávnosti. O oprave súd vydá opravné uznesenie, ktoré doručí subjektom konania. 4. V predmetnom rozhodnutí odvolacieho súdu došlo k zrejmej nesprávnosti v písaní spočívajúcej v tom, že Krajský súd v Bratislave nesprávne označil ako žalovaného 2/ spoločnosť Nový čas, a.s. IČO: 51 249 979, pričom správne označenie žalovaného 2/ znie: FPD Media a.s., IČO: 47 2376 01, so sídlom: Palisády 29/A, Bratislava, ďalej došlo k zrejmej nesprávnosti pri označení právneho zástupcu žalovaného 3/, keď správne označenie právneho zástupcu žalovaného 3/ znie: ZLOCHA LEGAL s.r.o., advokátska kancelária so sídlom: Bratislava, Kamenárska 17/A. 5. Keďže pri vyhotovovaní rozsudku odvolacieho súdu došlo k chybe v písaní uvedením nesprávneho označenia žalovaného 2/ a nesprávneho označenia právneho zástupcu žalovaného 3/, odvolací súd v súlade s citovanými zákonnými ustanoveniami rozhodol o oprave tak, ako je uvedené vo výrokovej časti tohto uznesenia a nesprávne znenia nahradil správnymi. 6. 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https://www.kauzis.sk/judikatura/r/ECLI:SK:KSBA:2020:1218203271.2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