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5Co/135/2020 z 19. 10. 2020</w:t>
      </w:r>
    </w:p>
    <w:p>
      <w:r>
        <w:t>Uznesenie Krajského súdu Bratislava z 19. októbra 2020, sp. zn. 5Co/135/2020, ECLI:SK:KSBA:2020:1218208922.2</w:t>
      </w:r>
    </w:p>
    <w:p>
      <w:r>
        <w:t>Súd: Krajský súd Bratislava</w:t>
      </w:r>
    </w:p>
    <w:p>
      <w:r>
        <w:t>Spisová značka: 5Co/135/2020</w:t>
      </w:r>
    </w:p>
    <w:p>
      <w:r>
        <w:t>ECLI: ECLI:SK:KSBA:2020:1218208922.2</w:t>
      </w:r>
    </w:p>
    <w:p>
      <w:r>
        <w:t>Dátum vydania: 19. 10.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5Co/135/2020 Identifikačné číslo súdneho spisu: 1218208922 Dátum vydania rozhodnutia: 20. 10. 2020 Meno a priezvisko sudcu, VSÚ: JUDr Janka Richterová ECLI: ECLI:SK:KSBA:2020:1218208922.2 Uznesenie Krajský súd v Bratislave v senáte zloženom z predsedníčky senátu JUDr. Jany Richterovej a členov senátu JUDr. Juraja Považana a JUDr. Milana Chalupku v právnej veci žalobkyne: F.. Z. K., J.. XX.XX.XXXX, G. G., Š. Č.. XX/A, zastúpeného Potásch &amp; Potásch s.r.o., so sídlom v Bratislave, Jedľová č. 7, proti žalovanému: Slovenská republika, za ktorú koná Ministerstvo zdravotníctva SR, so sídlom v Bratislave, Limbová č. 2, IČO: 00 165 565, o náhradu škody, na odvolanie žalovaného proti rozsudku Okresného súdu Bratislava II zo dňa 11. decembra 2019 č. k. 18C/72/18-158 v spojení s opravným uznesením zo dňa 22. júla 2020 č. k. 18C/72/18-223, takto r o z h o d o l : Odvolací súd odvolanie žalovaného o d m i e t a . o d ô v o d n e n i e : 1. Napadnutým rozsudkom súd prvej inštancie podľa § 9 ods. 4 zák. č. 514/2003 Z. z. o zodpovednosti za škodu spôsobenú pri výkone verejnej moci žalovaného zaviazal na náhradu škody z dôvodu nesprávneho úradného postupu, spočívajúceho v prieťahoch a v nevydaní rozhodnutia v zákonom stanovenej lehote Regionálnym úradom verejného zdravotníctva Bratislava v konaní HV/14987/2017. Žalobkyni priznal právo na náhradu trov konania. 2. Proti tomuto rozsudku podal odvolanie žalovaný. 3. Skôr ako odvolací súd pristúpil k vecnému prejednaniu napadnutého rozsudku, zaoberal sa včasnosťou podaného odvolania. 4. Podľa § 362 ods. 1 CSP odvolanie sa podáva v lehote 15 dní od doručenia rozhodnutia na súde, proti rozhodnutiu ktorého smeruje. 5. Podľa § 386 písm. a/ CSP odvolací súd odmietne odvolanie, ak bolo podané oneskorene. 6. Žalovanému, riadne poučenému o možnosti podať odvolanie i o odvolacej lehote, bolo napadnuté rozhodnutie súdu prvej inštancie doručené dňa 18.12.2020. Pätnástym dňom odvolacej lehoty potom bol 2. január 2020, štvrtok. 7. Z potvrdenia o odoslaní odvolania žalovaného v elektronickej podobe vyplýva, že odvolanie bolo podané dňa 3. januára 2020 o 18:29 hod, t. j. až deň nasledujúci po uplynutí odvolacej lehoty; žalovaný o odpustenie zmeškania lehoty nepožiadal (§ 122 CSP). 8. Z týchto dôvodov odvolací súd odvolanie žalovaného ako oneskorene podané odmietol podľa ustanovenia § 386 písm. a/ CSP. 9. Rozhodnutie prijal senát odvolacieho súdu pomerom hlasov 3:0.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https://www.kauzis.sk/judikatura/r/ECLI:SK:KSBA:2020:1218208922.2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