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3Co/53/2020 z 28. 5. 2020</w:t>
      </w:r>
    </w:p>
    <w:p>
      <w:r>
        <w:t>Uznesenie Krajského súdu Bratislava z 28. mája 2020, sp. zn. 3Co/53/2020, ECLI:SK:KSBA:2020:1219201348.1</w:t>
      </w:r>
    </w:p>
    <w:p>
      <w:r>
        <w:t>Súd: Krajský súd Bratislava</w:t>
      </w:r>
    </w:p>
    <w:p>
      <w:r>
        <w:t>Spisová značka: 3Co/53/2020</w:t>
      </w:r>
    </w:p>
    <w:p>
      <w:r>
        <w:t>ECLI: ECLI:SK:KSBA:2020:1219201348.1</w:t>
      </w:r>
    </w:p>
    <w:p>
      <w:r>
        <w:t>Dátum vydania: 28. 5.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3Co/53/2020 Identifikačné číslo súdneho spisu: 1219201348 Dátum vydania rozhodnutia: 29. 05. 2020 Meno a priezvisko sudcu, VSÚ: JUDr. Alexandra Hanusová ECLI: ECLI:SK:KSBA:2020:1219201348.1 Uznesenie Krajský súd v Bratislave v senáte zloženom z predsedníčky senátu JUDr. Alexandry Hanusovej a sudcov JUDr. Romana Bolebrucha a Mgr. Patricie Skotnickej v spore žalobcu: Y. B. J., C..R.., J. M. X, L., A.: XX XXX XXX proti žalovanej: U. F., X.. X.X.XXXX Y.R. XXXX/XX, L., zastúpená Marcelou Ivaničovou, nar. 19.1.1979, bytom Vážska 5016/19, Bratislava, S. B. XXX,XX U., o späťvzatí žaloby po vydaní rozsudku Okresného súdu Bratislava II zo dňa 22.10.2019, č.k. 9C/15/2019-23, takto r o z h o d o l : Odvolací súd pripúšťa späťvzatie žaloby, zrušuje rozsudok Okresného súdu Bratislava II zo dňa 22.10.2019 č.k. 9C/15/2019-23 a konanie z a s t a v u j e. Žalobcovi nepriznáva nárok na náhradu trov konania. o d ô v o d n e n i e : 1. Okresný súd Bratislava II rozsudkom z 22.10.2019 č.k. 9C/15/2019-23 uložil žalovanej povinnosť zaplatiť žalobcovi 235,98 eura a žalobcovi priznal nárok na náhradu trov konania v plnom rozsahu. 2. Žalobca po vydaní rozsudku súdu prvej inštancie a odvolaní žalovanej, vzal písomným podaním zo 16.12.2019, doručeným súdu prvej inštancie 20.12.2019, žalobu v celom rozsahu späť z dôvodu uhradenia žalovanej pohľadávky dňa 1.4.2019. 3. Žalovaná so späťvzatím žaloby súhlasila. 4. Podľa § 370 ods. 1, 2 C.s.p.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5. V prejednávanej veci vzal žalobca späť žalobu po rozhodnutí súdu prvej inštancie, ale skôr, ako rozhodnutie nadobudlo právoplatnosť a žalovaná so späťvzatím žaloby súhlasila. Odvolací súd preto v zmysle ustanovenia § 370 ods. 1 a 2 C.s.p. pripustil späťvzatie žaloby, zrušil rozsudok súdu prvej inštancie a konanie zastavil. 6. O nároku na náhradu trov konania odvolací súd rozhodol podľa § 256 ods. 1 C.s.p. tak, že žalobcovi, ktorý nezavinil zastavenie konania, nepriznal nárok na náhradu trov konania, pretože mu v konaní žiadne nevznikli. 7. Toto rozhodnutie prijal senát Krajského súdu v Bratislave pomerom hlasov 3:0.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https://www.kauzis.sk/judikatura/r/ECLI:SK:KSBA:2020:1219201348.1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