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11CoP/249/2019 z 26. 10. 2020</w:t>
      </w:r>
    </w:p>
    <w:p>
      <w:r>
        <w:t>Uznesenie Krajského súdu Bratislava z 26. októbra 2020, sp. zn. 11CoP/249/2019, ECLI:SK:KSBA:2020:1319201731.2</w:t>
      </w:r>
    </w:p>
    <w:p>
      <w:r>
        <w:t>Súd: Krajský súd Bratislava</w:t>
      </w:r>
    </w:p>
    <w:p>
      <w:r>
        <w:t>Spisová značka: 11CoP/249/2019</w:t>
      </w:r>
    </w:p>
    <w:p>
      <w:r>
        <w:t>ECLI: ECLI:SK:KSBA:2020:1319201731.2</w:t>
      </w:r>
    </w:p>
    <w:p>
      <w:r>
        <w:t>Dátum vydania: 26.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11CoP/249/2019 Identifikačné číslo súdneho spisu: 1319201731 Dátum vydania rozhodnutia: 27. 10. 2020 Meno a priezvisko sudcu, VSÚ: Mgr. Patrícia Železníková ECLI: ECLI:SK:KSBA:2020:1319201731.2 Uznesenie Krajský súd v Bratislave v senáte zloženom z predsedníčky senátu Mgr. Patrície Železníkovej a členiek senátu JUDr. Blanky Podmajerskej a JUDr. Michaely Královej, v právnej veci starostlivosti súdu o maloleté deti: O. H., nar. XX.XX.XXXX, K. H., nar. XX.XX.XXXX, štátne občianstvo Slovenskej republiky, zastúpené kolíznym opatrovníkom - Úrad práce, sociálnych vecí a rodiny Bratislava, so sídlom Vazovova 7/A, 816 16 Bratislava, deti rodičov: matka - C. H., nar. XX.XX.XXXX, trvale bytom W. dolina XX, XXX XX D., t.č. bytom I. X/D, XXX XX D., štátne občianstvo Slovenskej republiky, zastúpená JUDr. Milan Ficek, advokát s.r.o., so sídlom Žilinská 14, 811 05 Bratislava, IČO: 47232757, a otec - N.. K. H., nar. XX.XX.XXXX, trvale bytom A. XX, XXX XX D., t.č. XXCULROSS I., Q. L I. kráľovstvo C. D. a I. J., štátne občianstvo Slovenskej republiky, zastúpený JUDr. Evou Kubaskou, advokátkou so sídlom Miletičova 3/ A, 821 08 Bratislava, na návrh matky na nariadenie neodkladného opatrenia, na odvolanie matky proti uzneseniu Okresného súdu Bratislava III zo dňa 29.03.2019, č.k. 37P/77/2019-21, takto r o z h o d o l : Súd o p r a v u j e záhlavie uznesenia Krajského súdu v Bratislave zo dňa 31.07.2019, č.k. 11CoP/249/2019-75, tak, že označenie odvolaním matky napadnutého rozhodnutia je: „uznesenie Okresného súdu Bratislava III zo dňa 29.03.2019, č.k. 37P/77/2019-21“. V ostatnom zostáva uznesenie nezmenené. o d ô v o d n e n i e : 1. Krajský súd v Bratislave, ako odvolací súd, uznesením, zo dňa 31.07.2019, č.k. 11CoP/249/2019-75, potvrdil uznesenie Okresného súdu Bratislava III, zo dňa 29.03.2019, č.k. 37P/77/2019-21. O trovách konania rozhodol tak, že žiadnemu z účastníkov nepriznal nárok na ich náhradu. 2. Odvolací súd v záhlaví svojho uznesenia zo dňa zo dňa 31.07.2019, č.k. 11CoP/249/2019-75, označil odvolaním matky napadnuté rozhodnutie ako „uznesenie Okresného súdu Bratislava III zo dňa 29.03.2019, č.k. 37P/77/2019-21“, pričom správne označenie daného rozhodnutia je „uznesenie Okresného súdu Bratislava III zo dňa 31.07.2017, č.k. 49P/37/2017-60“. 3. Podľa § 224 Civilného sporového poriadku (ďalej len „CSP“), súd kedykoľvek aj bez návrhu opraví v rozsudku chyby v písaní a počítaní, ako aj iné zrejmé nesprávnosti. O oprave súd vydá opravné uznesenie, ktoré doručí subjektom konania. 4. Podľa § 234 ods. 2 CSP, ak nie je ďalej ustanovené inak, použijú sa na uznesenie primerane ustanovenia o rozsudku. 5. Vzhľadom k tomu, že došlo k zrejmej nesprávnosti v písomnom vyhotovení vyššie uvedeného uznesenia, odvolací súd túto nesprávnosť opravil tak, ako je uvedené vo výrokovej časti tohto rozhodnutia. 6. Toto rozhodnutie prijal senát odvolacieho súdu jednomyseľne, pomerom hlasov 3 : 0 (§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https://www.kauzis.sk/judikatura/r/ECLI:SK:KSBA:2020:1319201731.2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