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11CoP/180/2019 z 29. 12. 2020</w:t>
      </w:r>
    </w:p>
    <w:p>
      <w:r>
        <w:t>Uznesenie Krajského súdu Bratislava z 29. decembra 2020, sp. zn. 11CoP/180/2019, ECLI:SK:KSBA:2020:1417200570.3</w:t>
      </w:r>
    </w:p>
    <w:p>
      <w:r>
        <w:t>Súd: Krajský súd Bratislava</w:t>
      </w:r>
    </w:p>
    <w:p>
      <w:r>
        <w:t>Spisová značka: 11CoP/180/2019</w:t>
      </w:r>
    </w:p>
    <w:p>
      <w:r>
        <w:t>ECLI: ECLI:SK:KSBA:2020:1417200570.3</w:t>
      </w:r>
    </w:p>
    <w:p>
      <w:r>
        <w:t>Dátum vydania: 29. 12. 2020</w:t>
      </w:r>
    </w:p>
    <w:p>
      <w:r>
        <w:t>Forma: Uznesenie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11CoP/180/2019 Identifikačné číslo súdneho spisu: 1417200570 Dátum vydania rozhodnutia: 30. 12. 2020 Meno a priezvisko sudcu, VSÚ: Mgr. Alena Čakváriová ECLI: ECLI:SK:KSBA:2020:1417200570.3 Uznesenie Krajský súd v Bratislave v senáte zloženom z predsedníčky senátu Mgr. Aleny Čakváriovej a členiek senátu Mgr. Patrície Železníkovej a JUDr. Blanky Podmajerskej, v právnej veci manžela: D.. F. X., nar. XX.XX.XXXX, bytom A. XX, XXX XX B. a manželky: D.. V. X., rod. X., nar. XX.XX.XXXX, bytom A. XX, XXX XX B., v konaní o rozvod manželstva a úpravu pomerov manželov k maloletým deťom: K. X., nar. XX.XX.XXXX a E. X., nar. XX.XX.XXXX, zastúpeným kolíznym opatrovníkom Úradom práce, sociálnych vecí a rodiny Bratislava, so sídlom Vazovova 7/A, 816 16 Bratislava, na čas po rozvode, na odvolanie manželky proti rozsudku Okresného súdu Bratislava IV zo dňa 13.02.2018, č.k. 13P/17/2017-93, v spojení s dopĺňacím rozsudkom Okresného súdu Bratislava IV zo dňa 21.02.2019, č.k. 13P/17/2017-176, takto r o z h o d o l : Odvolacie konanie sa z a s t a v u j e. Žiaden z účastníkov nemá nárok na náhradu trov odvolacieho konania. o d ô v o d n e n i e : 1. Okresný súd Bratislava IV rozsudkom zo dňa 13.02.2018, č.k. 13P/17/2017-93, v spojení s dopĺňacím rozsudkom Okresného súdu Bratislava IV zo dňa 21.02.2019, č.k. 13P/17/2017-176, rozviedol manželstvo účastníkov konania D.. F. X., nar. XX.XX.XXXX v B. a D.. V. X., rod. X., nar. XX.XX.XXXX v B., uzavreté dňa 02.04.2005 na Mestskom úrade Bratislava IV, zapísané v knihe manželstiev matričného úradu Bratislava - Karlova Ves, vo zväzku 23, ročník 2005, strana 54, por. č. 21. Na čas po rozvode manželstva rodičov zveril maloleté deti X. - K., nar. XX.XX.XXXX a E., nar. XX.XX.XXXX do striedavej osobnej starostlivosti obidvoch rodičov tak, že v starostlivosti otca budú maloleté deti prvé dva týždne v mesiaci a v starostlivosti matky budú maloleté deti druhé dva týždne v mesiaci, pričom rodičia si maloleté deti navzájom odovzdajú o 10.00 hod. v nedeľu predchádzajúcu začiatku striedavej osobnej starostlivosti každého rodiča. Výživné rodičom neurčil. O trovách konaniach rozhodol tak, že žiaden z účastníkov nemá nárok na ich náhradu. Právo zastupovať maloleté deti a spravovať ich majetok priznal obidvom rodičom. 2. Proti tomuto rozsudku, v jeho časti o úprave pomerov manželov k maloletým deťom na čas po rozvode, podala v zákonnej lehote prostredníctvom zvoleného právneho zástupcu odvolanie matka. 3. V priebehu odvolacieho konania, podaním zo dňa 22.12.2020, vzala matka svoje odvolanie v celom rozsahu späť a žiadala o zastavenie odvolacieho konania, keďže došlo k zlepšeniu správania sa otca vo vzťahu k maloletým deťom. 4. Odvolací súd preskúmal vec, v ktorej je viazaný rozsahom odvolania podľa § 379 CSP a nie je viazaný jeho dôvodmi podľa § 66 CMP, bez nariadenia odvolacieho pojednávania podľa § 378 ods. 1, § 385 ods. 1 CSP, a dospel k záveru, že odvolacie konanie je potrebné zastaviť. 5. Vzhľadom na to, že odvolací súd posudzoval správnosť rozhodnutia súdu prvej inštancie iba v časti týkajúcej sa úpravy pomerov manželov k maloletým deťom na čas po rozvode, účastníkov konania označoval ako matka a otec. 6. Podľa § 2 ods. 1 CMP, na konania podľa tohto zákona sa použijú ustanovenia zákona č. 160/2015 Z.z. Civilného sporového poriadku, ak tento zákon neustanovuje inak. 7. Podľa § 369 ods. 3 CSP, ak sa odvolanie, o ktorom nebolo rozhodnuté, vzalo späť, odvolací súd odvolacie konanie zastaví. 8. V danej veci matka pred rozhodnutím odvolacieho súdu vzala podané odvolanie späť, preto odvolací súd, rešpektujúc jej dispozičné právo nakladať s podaným odvolaním, odvolacie konanie podľa ust. § 2 ods. 1 CMP v spojení s § 369 ods. 3 CSP zastavil. 9. O trovách odvolacieho konania rozhodol odvolací súd podľa § 52 CMP. 10. Toto rozhodnutie prijal senát odvolacieho súdu pomerom hlasov 3:0 (§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https://www.kauzis.sk/judikatura/r/ECLI:SK:KSBA:2020:1417200570.3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