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5Co/43/2019 z 1. 6. 2020</w:t>
      </w:r>
    </w:p>
    <w:p>
      <w:r>
        <w:t>Opravné uznesenie Krajského súdu Bratislava z 1. júna 2020, sp. zn. 5Co/43/2019, ECLI:SK:KSBA:2020:1418200919.2</w:t>
      </w:r>
    </w:p>
    <w:p>
      <w:r>
        <w:t>Súd: Krajský súd Bratislava</w:t>
      </w:r>
    </w:p>
    <w:p>
      <w:r>
        <w:t>Spisová značka: 5Co/43/2019</w:t>
      </w:r>
    </w:p>
    <w:p>
      <w:r>
        <w:t>ECLI: ECLI:SK:KSBA:2020:1418200919.2</w:t>
      </w:r>
    </w:p>
    <w:p>
      <w:r>
        <w:t>Dátum vydania: 1. 6. 2020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5Co/43/2019 Identifikačné číslo súdneho spisu: 1418200919 Dátum vydania rozhodnutia: 02. 06. 2020 Meno a priezvisko sudcu, VSÚ: JUDr. Juraj Považan ECLI: ECLI:SK:KSBA:2020:1418200919.2 Opravné uznesenie Krajský súd v Bratislave v senáte zloženom z predsedu senátu JUDr. Juraja Považana a členov senátu JUDr. Jany Richterovej a JUDr. Milana Chalupku, v právnej veci žalobcu: Intrum Slovakia s.r.o., so sídlom v Bratislave, Mýtna 48, IČO: 35 831 154, zast. JUDr. Jánom Šoltésom, advokátom v Bratislave, Mýtna 48, proti žalovanej: L. Č., J.. XX.XX.XXXX, G. I. G., G. XXXX/XX, o zaplatenie 3.325,91 eur s prísl., o oprave písomného vyhotovenia rozsudku Krajského súdu v Bratislave zo dňa 25. júna 2019 č.k. 5Co/43/2019-93 takto r o z h o d o l : Opravuje sa písomné vyhotovenie rozsudku Krajského súdu v Bratislave zo dňa 25. júna 2019 č.k. 5Co/43/2019-93 v časti označujúcej členov senátu, ktorí v danej veci konali a rozhodli takto: JUDr. Juraj Považan predseda senátu JUDr. Jana Richterová JUDr. Milan Chalupka členka senátu člen senátu o d ô v o d n e n i e : 1/Krajský súd v Bratislave ako súd odvolací svojím rozsudkom zo dňa 25. júna 2019 č.k. 5Co/43/2019-93 rozsudok súdu prvej inštancie v napadnutej žalobe vyhovujúcej časti potvrdil, žalobcovi nepriznal nárok na náhradu trov odvolacieho konania. 2/Podľa § 378 ods. 1 CSP na konanie na odvolacom súde sa primerane použijú ustanovenia o konaní pred súdom prvej inštancie, ak tento zákon neustanovuje inak. 3/Podľa § 224 CSP súd kedykoľvek aj bez návrhu opraví v rozsudku chyby v písaní a počítaní, ako aj iné zrejmé nesprávnosti. O oprave súd vydá opravné uznesenie, ktoré doručí subjektom konania. 4/V písomnom vyhotovení rozhodnutia odvolacieho súdu došlo (pri automatickom vyplnení údajov doplňujúcich polí v aplikácii Súdny management) k zrejmej nesprávnosti v písaní spočívajúcej v nesprávnom (neúplnom) označení členov senátu, ktorí v danej veci konali a rozhodli takto: JUDr. Juraj Považan, predsedníčka senátu, sudkyňa spravodajkyňa, JUDr. Juraj Považan, člen senátu a JUDr. Milan Chalupka, člen senátu. 5/Odvolací súd preto v súlade s vyššie citovanými zákonnými ustanoveniami rozhodol o oprave písomného vyhotovenia rozhodnutia tak, ako je uvedené vo výrokovej časti tohto opravného uznesenia a nesprávne znenie nahradil správnym. 6/Rozhodnutie senátu odvolacieho súdu bolo prijaté jednomyseľne.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návrh, § 428 CSP).</w:t>
      </w:r>
    </w:p>
    <w:p/>
    <w:p>
      <w:r>
        <w:t>Zdroj: KAUZIS.SK – https://www.kauzis.sk/judikatura/r/ECLI:SK:KSBA:2020:1418200919.2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