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6Co/61/2020 z 24. 6. 2020</w:t>
      </w:r>
    </w:p>
    <w:p>
      <w:r>
        <w:t>Uznesenie Krajského súdu Bratislava z 24. júna 2020, sp. zn. 6Co/61/2020, ECLI:SK:KSBA:2020:1418205698.2</w:t>
      </w:r>
    </w:p>
    <w:p>
      <w:r>
        <w:t>Súd: Krajský súd Bratislava</w:t>
      </w:r>
    </w:p>
    <w:p>
      <w:r>
        <w:t>Spisová značka: 6Co/61/2020</w:t>
      </w:r>
    </w:p>
    <w:p>
      <w:r>
        <w:t>ECLI: ECLI:SK:KSBA:2020:1418205698.2</w:t>
      </w:r>
    </w:p>
    <w:p>
      <w:r>
        <w:t>Dátum vydania: 24. 6.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6Co/61/2020 Identifikačné číslo súdneho spisu: 1418205698 Dátum vydania rozhodnutia: 25. 06. 2020 Meno a priezvisko sudcu, VSÚ: JUDr. Martin Murgaš ECLI: ECLI:SK:KSBA:2020:1418205698.2 Uznesenie Krajský súd v Bratislave v senáte zloženom z predsedu senátu JUDr. Martina Murgaša a sudcov JUDr. Zuzany Kučerovej a Mgr. Jany Janics Bajánkovej v právnej veci žalobkyne: K. C., C.. X. XX. XXXX, S. N. XXXX, zast. advokátkou JUDr. Evou Krištofiakovou, Zelená 11, Malinovo, proti žalovanej: Generali Poisťovňa, a.s., IČO: 35 709 332, Lamačská cesta 3/A, Bratislava, o zaplatenie 3.622,89 eur s prísl., na odvolanie žalovanej proti rozsudku Okresného súdu Bratislava IV zo 7. novembra 2019 č.k. 40C/72/2018- 174, takto r o z h o d o l : Výrok rozsudku odvolacieho súdu z 3. júna 2020 č. k. 6Co/61/2020-495, ktorým bola žalobkyni uložená povinnosť zaplatiť žalovanej 689,15 eur do 3 dní, sa dopĺňa o slová „od právoplatnosti tohto rozsudku. o d ô v o d n e n i e : 1. Odvolací súd rozsudkom z 3.6.2020 č.k. 6Co/61/2020-495 potvrdil výrok I. napadnutého rozsudku, ktorým bola žalovanej uložená povinnosť zaplatiť žalobkyni sumu 3.622,89 eur, v časti, ktorou bola žalovanej uložená povinnosť zaplatiť žalobkyni sumu 262,04 eur, výrok I. napadnutého rozsudku v časti, ktorou bola žalovanej uložená povinnosť zaplatiť žalobkyni sumu prevyšujúcu 262,04 eur, zmenil tak, že žalobu v tejto časti zamietol, výrok III. napadnutého rozsudku, ktorým bola vzájomná žaloba žalovanej zamietnutá, zmenil tak, že žalobkyni uložil povinnosť zaplatiť žalovanej 689,15 eur do 3 dní a žiadnej zo strán nepriznal na náhradu trov konania. 2. Žalovaná podaním z 18.6.2020 navrhla, aby odvolací súd opravil zrejmú nesprávnosť vyššie uvedeného rozsudku spočívajúcu v tom, že v poradí treťom výroku tohto rozsudku absentuje riadne vymedzenie lehoty, v ktorej má žalobkyňa žalovanej zaplatiť sumu 689,15 eur. 3. Odvolací súd uvedenú zrejmú nesprávnosť opravil postupom podľa § 224 C.s.p. tak, že v poradí tretí výrok svojho rozsudku doplnil o slová „od právoplatnosti tohto rozsudku.“ V poradí tretí výrok rozsudku odvolacieho súdu z 3.6.2020 č.k. 6Co/61/2020-495 v znení tohto uznesenia odvolacieho súdu teda znie takto: „Výrok III. napadnutého rozsudku, ktorým bola vzájomná žaloba žalovanej zamietnutá, sa m e n í tak, že žalobkyňa je povinná zaplatiť žalovanej 689,15 eur do 3 dní od právoplatnosti tohto rozsudku. 4. Toto rozhodnutie prijal senát odvolacieho súdu pomerom hlasov 3:0. Poučenie: Proti tomuto uzneseniu odvolanie nie je prípustné.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strana nemala spôsobilosť samostatne konať pred súdom v plnom rozsahu a nekonal za ňu zákonný zástupca alebo procesný opatrovník, c/ v tej istej veci sa už prv právoplatne rozhodlo alebo v tej istej veci sa už prv začalo konanie, d/ rozhodoval vylúčený sudca alebo nesprávne obsadený súd, alebo e/ súd nesprávnym procesným postupom znemožnil strane, aby uskutočňovala jej patriace procesné práva v takej miere, že došlo k porušeniu práva na spravodlivý proces ( § 420 C.s.p. ). Dovolanie je prípustné proti rozhodnutiu odvolacieho súdu, ktorým sa potvrdilo alebo zmenilo rozhodnutie súdu prvej inštancie, ak rozhodnutie odvolacieho súdu záviselo od vyriešenia právnej otázky, a/ pri ktorej riešení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príslušenstvom pohľadávky a výška príslušenstva v čase začatia dovolacieho konania neprevyšuje sumu podľa písmen a/ a b/ ( § 422 ods. 1 C.s.p. ). Dovolanie môže podať strana, v ktorej neprospech bolo rozhodnutie vydané (§ 424 C.s.p. ). Dovolanie sa podáva v lehote dvoch mesiacov od doručenia rozhodnutia odvolacieho súdu oprávnenému subjektu na súde, ktorý rozhodoval v prvej inštancii ( § 427 ods. 1 prvá veta C.s.p. ). Dovolanie je podané včas aj vtedy, ak bolo v lehote podané na príslušnom odvolacom alebo dovolacom súde (§ 427 ods. 2 C.s.p.). V dovolaní sa popri všeobecných náležitostiach podania uvedie, proti ktorému rozhodnutiu smeruje, v akom rozsahu sa toto rozhodnutie napáda, z akých dôvodov sa rozhodnutie považuje za nesprávne / dovolacie dôvody/ a čoho sa dovolateľ domáha /dovolací návrh/ ( § 428 C.s.p. ). Dovolateľ musí byť v dovolacom konaní zastúpený advokátom. Dovolanie a iné podania dovolateľa musia byť spísané advokátom ( § 429 ods. 1 C.s.p.). Povinnosť podľa ods. 1 neplatí, ak je a/ dovolateľom fyzická osoba, ktorá má vysokoškolské právnické vzdelanie druhého stupňa, b/ dovolateľom právnická osoba a jej zamestnanec alebo člen, ktorý za ňu koná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 má vysokoškolské právnické vzdelanie druhého stupňa ( § 429 ods. 2 C.s.p. ). Dovolanie prípustné podľa § 420 možno odôvodniť iba tým, že v konaní došlo k vade uvedenej v tomto ustanovení ( § 431 ods. 1 C.s.p. ). Dovolací dôvod sa vymedzí tak, že dovolateľ uvedie, v čom spočíva táto vada ( § 431 ods. 2 C.s.p.).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 2 C.s.p. ).</w:t>
      </w:r>
    </w:p>
    <w:p/>
    <w:p>
      <w:r>
        <w:t>Zdroj: KAUZIS.SK – https://www.kauzis.sk/judikatura/r/ECLI:SK:KSBA:2020:1418205698.2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