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11CoP/125/2020 z 17. 5. 2020</w:t>
      </w:r>
    </w:p>
    <w:p>
      <w:r>
        <w:t>Uznesenie Krajského súdu Bratislava z 17. mája 2020, sp. zn. 11CoP/125/2020, ECLI:SK:KSBA:2020:1419204411.1</w:t>
      </w:r>
    </w:p>
    <w:p>
      <w:r>
        <w:t>Súd: Krajský súd Bratislava</w:t>
      </w:r>
    </w:p>
    <w:p>
      <w:r>
        <w:t>Spisová značka: 11CoP/125/2020</w:t>
      </w:r>
    </w:p>
    <w:p>
      <w:r>
        <w:t>ECLI: ECLI:SK:KSBA:2020:1419204411.1</w:t>
      </w:r>
    </w:p>
    <w:p>
      <w:r>
        <w:t>Dátum vydania: 17. 5.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11CoP/125/2020 Identifikačné číslo súdneho spisu: 1419204411 Dátum vydania rozhodnutia: 18. 05. 2020 Meno a priezvisko sudcu, VSÚ: JUDr. Bianka Gelačíková ECLI: ECLI:SK:KSBA:2020:1419204411.1 Uznesenie Krajský súd v Bratislave, v senáte zloženom z predsedníčky senátu JUDr. Bianky Gelačíkovej a členiek senátu Mgr. Patrície Železníkovej a Mgr. Aleny Čakváriovej, vo veci starostlivosti súdu o maloleté dieťa: F. U., narodený XX.XX.XXXX, bytom u matky, zastúpený opatrovníkom Úradom práce, sociálnych vecí a rodiny v Pezinku, Moyzesova 2, 902 01 Pezinok, dieťa rodičov - matka: D.. L. U., narodená XX.XX.XXXX, bytom M.R. V. XXA, XXX XX X., a otec: F. U., narodený XX.XX.XXXX, bytom B. XX, XXX XX B., o nariadenie neodkladného opatrenia,, na odvolanie otca proti rozhodnutiu Okresného súdu Pezinok, č.k. 5P/200/2019 - 23, zo dňa 22.01.2020, takto r o z h o d o l : Odvolacie konanie sa z a s t a v u j e . Žiaden z účastníkov nemá nárok na náhradu trov odvolacieho konania. o d ô v o d n e n i e : 1. Súd prvej inštancie zamietol návrh otca na nariadenie neodkladného opatrenia. Žiadnemu z účastníkov nepriznal právo na náhradu trov konania. 2. Proti rozhodnutiu súdu prvej inštancie podal odvolanie otec maloletého. 3. Podaním zo dňa 31.03.2020 otec maloletého zobral odvolanie späť. 4. Podľa § 369 ods. 1 CSP, dokiaľ o odvolaní nebolo rozhodnuté, možno ho vziať späť. Ak odvolateľ vzal odvolanie späť, nemôže ho podať znova. 5. Podľa § 369 ods. 3 CSP, ak sa odvolanie, o ktorom nebolo rozhodnuté vzalo späť, odvolací súd odvolacie konanie zastaví. 6. Z obsahu spisu vyplýva, že otec maloletého zobral odvolanie späť, odvolací súd preto s poukazom na vyššie citované ustanovenia Civilného sporového poriadku, odvolacie konanie zastavil. 7. O trovách odvolacieho konania rozhodol odvolací súd podľa § 52 CMP. 8. Toto rozhodnutie prijal senát odvolacieho súdu pomerom hlasov 3:0 (§ 393 ods. 2 CSP).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https://www.kauzis.sk/judikatura/r/ECLI:SK:KSBA:2020:1419204411.1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