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5Co/296/2018 z 17. 8. 2020</w:t>
      </w:r>
    </w:p>
    <w:p>
      <w:r>
        <w:t>Opravné uznesenie Krajského súdu Bratislava z 17. augusta 2020, sp. zn. 5Co/296/2018, ECLI:SK:KSBA:2020:1511203084.4</w:t>
      </w:r>
    </w:p>
    <w:p>
      <w:r>
        <w:t>Súd: Krajský súd Bratislava</w:t>
      </w:r>
    </w:p>
    <w:p>
      <w:r>
        <w:t>Spisová značka: 5Co/296/2018</w:t>
      </w:r>
    </w:p>
    <w:p>
      <w:r>
        <w:t>ECLI: ECLI:SK:KSBA:2020:1511203084.4</w:t>
      </w:r>
    </w:p>
    <w:p>
      <w:r>
        <w:t>Dátum vydania: 17. 8. 2020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5Co/296/2018 Identifikačné číslo súdneho spisu: 1511203084 Dátum vydania rozhodnutia: 18. 08. 2020 Meno a priezvisko sudcu, VSÚ: JUDr. Milan Chalupka ECLI: ECLI:SK:KSBA:2020:1511203084.4 Opravné uznesenie Krajský súd v Bratislave v senáte zloženom z predsedu senátu JUDr. Milana Chalupku a členov senátu JUDr. Juraja Považana a JUDr. Janky Richterovej v právnej veci žalobcu: R.. B. E., G. Z.: W. XX, Z., v zast.: advokátkou Mgr. Elena Szabóová, so sídlom: Hlavné námestie 7, Nové Zámky, proti žalovanej: F. E., G. Z.: H. T. W. X. XX, Z., v zast.: advokátom JUDr. Ivan Pecník, so sídlom: Karloveská 3154/6C, Bratislava, o zaplatenie sumy 2.207,65 eur s príslušenstvom, na odvolanie žalobcu proti rozsudku Okresného súdu Bratislava V, č. k. 10C/251/2011-264 zo dňa 29.02.2012, takto, r o z h o d o l : Opravuje sa výrok rozsudku Krajského súdu v Bratislave, č.k. 5Co/296/2018-445 zo dňa 16.04.2019 v časti rozhodnutia o trovách tak, že jeho správne znenie v tejto časti znie: Žalovanej sa priznáva náhrada trov odvolacieho a dovolacieho konania v rozsahu 100%. Opravuje sa časť odôvodnenia rozsudku Krajského súdu v Bratislave, č.k. 5Co/296/2018-445 zo dňa 16.04.2019 v odseku 23 tak, že správne znenie tohto odseku znie: O trovách odvolacieho a dovolacieho konania rozhodol súd podľa § 396 ods. 1, § 453 ods. 3 C. s. p. v spojení s § 255 ods. 1 C. s. p. V odvolacom konaní súd vzhľadom na to, že potvrdil rozsudok súdu prvej inštancie v žalobcom napadnutej časti úspešnej žalovanej priznáva náhradu trov odvolacieho a dovolacieho konania v rozsahu 100%,. O výške náhrady trov konania rozhodne súd prvej inštancie po právoplatnosti rozhodnutia, ktorým sa konanie končí, samostatným uznesením ( § 262 ods. 2 C.s.p.). o d ô v o d n e n i e : 1. Krajský súd v Bratislave ako súd odvolací svojím rozsudkom, č.k. 5Co/296/2018-445 zo dňa 16.04.2019 rozhodol tak, že rozsudok súdu prvej inštancie v žalobcom napadnutej časti potvrdil. 2. Podľa § 378 ods. 1 C.s.p. na konanie na odvolacom súde sa primerane použijú ustanovenia o konaní pred súdom prvej inštancie, ak tento zákon neustanovuje inak. 3. Podľa § 224 C.s.p. súd kedykoľvek aj bez návrhu opraví v rozsudku chyby v písaní a počítaní, ako aj iné zrejmé nesprávnosti. O oprave súd vydá opravné uznesenie, ktoré doručí subjektom konania. 4. Podľa § 234 ods. 2 C.s.p. ak nie je ďalej ustanovené inak, použijú sa na uznesenie primerane ustanovenia o rozsudku. 5. V danej veci odvolacieho súdu došlo k zrejmej nesprávnosti v písaní v tom, že Krajský súd v Bratislave nesprávne vo výroku svojho rozhodnutiu uviedol, že: žalovanej priznáva náhradu trov odvolacieho konania v rozsahu 100%. Správne znenie výroku o trovách konania znie: Žalovanej sa priznáva náhrada trov odvolacieho a dovolacieho konania v rozsahu 100%. 6. Rovnako tak došlo k zrejmej nesprávnosti v písaní v tom, že Krajský súd v Bratislave nesprávne v odseku 23 svojho odôvodnenia uviedol, že: O trovách odvolacieho konania rozhodol súd podľa § 396 ods. 1 C. s. p. v spojení s § 255 ods. 1 C. s. p. V odvolacom konaní súd vzhľadom na to, že potvrdil rozsudok súdu prvej inštancie úspešnej žalovanej priznáva náhradu trov odvolacieho konania v rozsahu 100%,. O výške náhrady trov konania rozhodne súd prvej inštancie po právoplatnosti rozhodnutia, ktorým sa konanie končí, samostatným uznesením ( § 262 ods. 2 C.s.p.). Správne znenie tohto odseku odôvodnenia rozsudku znie: O trovách odvolacieho a dovolacieho konania rozhodol súd podľa § 396 ods. 1, § 453 ods. 3 C. s. p. v spojení s § 255 ods. 1 C. s. p. V odvolacom konaní súd vzhľadom na to, že potvrdil rozsudok súdu prvej inštancie v žalobcom napadnutej časti úspešnej žalovanej priznáva náhradu trov odvolacieho a dovolacieho konania v rozsahu 100%,. O výške náhrady trov konania rozhodne súd prvej inštancie po právoplatnosti rozhodnutia, ktorým sa konanie končí, samostatným uznesením ( § 262 ods. 2 C.s.p.). 7. Keďže pri vyhotovovaní predmetného rozsudku odvolacieho súdu došlo k uvedeným zrejmým nesprávnostiam, odvolací súd v súlade s citovanými zákonnými ustanoveniami rozhodol o oprave tak, ako je uvedené vo výrokovej časti tohto uznesenia a nesprávne znenia nahradil správnymi. 8.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https://www.kauzis.sk/judikatura/r/ECLI:SK:KSBA:2020:1511203084.4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