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16Co/140/2019 z 27. 7. 2020</w:t>
      </w:r>
    </w:p>
    <w:p>
      <w:r>
        <w:t>Rozsudok Krajského súdu Bratislava z 27. júla 2020, sp. zn. 16Co/140/2019, ECLI:SK:KSBA:2020:1613206282.2</w:t>
      </w:r>
    </w:p>
    <w:p>
      <w:r>
        <w:t>Súd: Krajský súd Bratislava</w:t>
      </w:r>
    </w:p>
    <w:p>
      <w:r>
        <w:t>Spisová značka: 16Co/140/2019</w:t>
      </w:r>
    </w:p>
    <w:p>
      <w:r>
        <w:t>ECLI: ECLI:SK:KSBA:2020:1613206282.2</w:t>
      </w:r>
    </w:p>
    <w:p>
      <w:r>
        <w:t>Dátum vydania: 27. 7. 2020</w:t>
      </w:r>
    </w:p>
    <w:p>
      <w:r>
        <w:t>Forma: Rozsudok</w:t>
      </w:r>
    </w:p>
    <w:p>
      <w:r>
        <w:t>Oblasť práva: Občianske právo</w:t>
      </w:r>
    </w:p>
    <w:p>
      <w:pPr>
        <w:pStyle w:val="Heading2"/>
      </w:pPr>
      <w:r>
        <w:t>Text rozhodnutia</w:t>
      </w:r>
    </w:p>
    <w:p>
      <w:r>
        <w:t>Súd: Krajský súd Bratislava Spisová značka: 16Co/140/2019 Identifikačné číslo súdneho spisu: 1613206282 Dátum vydania rozhodnutia: 28. 07. 2020 Meno a priezvisko sudcu, VSÚ: JUDr. Roman Majerský ECLI: ECLI:SK:KSBA:2020:1613206282.2 ROZSUDOK V MENE SLOVENSKEJ REPUBLIKY Krajský súd v Bratislave v senáte zloženom z predsedu senátu JUDr. Romana Majerského a sudcov JUDr. Ing. Maria Dubaňa a Mgr. Patricie Skotnickej, v spore žalobcu: Home Credit Slovakia, a.s., Teplická 7434/147, Piešťany, IČO: 36 234 176, zastúpeného Advokátskou kanceláriou ERASMUS LEGAL, s. r. o., Justičná 9, Bratislava, IČO: 36 789 615, proti žalovanému: L. X., nar. X.X.XXXX, X. XXX, B., o zaplatenie X.XXX,XX eura s príslušenstvom, na odvolanie žalobcu proti rozsudku S. súdu H. č.k. XC/ XX/XXXX-XX, zo dňa XX.X.XXXX, takto r o z h o d o l : I. Odvolací súd napadnutý rozsudok súdu prvej inštancie m e n í tak, že žalovaná je povinná zaplatiť žalobcovi sumu XXX eur, úrok z omeškania vo výške X,XX % ročne zo sumy X.XXX eur od X.X.XXXX do XX.X.XXXX, úrok z omeškania vo výške X,XX % ročne zo sumy X.XXX eur od XX.X.XXXX do XX.X.XXXX, úrok z omeškania vo výške X,XX % ročne zo sumy X.XXX eur odo dňa XX.X.XXXX do dňa zaplatenia, úrok z omeškania vo výške X,XX % ročne zo sumy XXX eur od dňa XX.X.XXXX do zaplatenia, všetko do troch dní od právoplatnosti rozsudku a žalobu vo zvyšnej časti zamieta. II. Žalobcovi p r i z n á v a proti žalovanej nárok na náhradu trov konania v rozsahu XX,XX %. o d ô v o d n e n i e : 1. Napadnutým rozsudkom (v poradí druhým) súd prvej inštancie žalobu v rozsahu istiny vo výške X.XXX,XX eura a kapitalizovaných denných úrokov z omeškania vyčíslených od X.X.XXXX do XX.X.XXXX vo výške XXX,XX eura zamietol a žalobcovi priznal náhradu trov konania v rozsahu XX,XX %. V odôvodnení uviedol, že žalobca sa žalobou doručenou súdu dňa XX.X.XXXX v znení podania doručeného súdu dňa XX.XX.XXXX, domáhal od žalovanej zaplatenia sumy X.XXX,XX eura s úrokom z omeškania vo výške X,XXX % denne zo sumy X.XXX,XX eura za obdobie od XX.X.XXXX do zaplatenia, kapitalizovaným denným úrokom z omeškania do zosplatnenia vo výške X,XX eura, kapitalizovaným denným úrokom z omeškania od X.X.XXXX do XX.X.XXXX vo výške XXX,XX eura. 2. Súd prvej inštancie v poradí prvým rozsudkom č.k. XC/XX/XXXX-XX, zo dňa X.XX.XXXX, priznal žalobcovi nárok na zaplatenie X.XXX eur spolu s úrokom z omeškania spolu vo výške X,XX % ročne od XX.X.XXXX do zaplatenia, kapitalizovaným denným úrokom z omeškania do zosplatnenia vo výške X,XX eura, v prevyšujúcom rozsahu žalobu zamietol a žalobcovi priznal náhradu trov konania v rozsahu XX,XX %. Krajský súd v Bratislave ako odvolací súd uznesením č.k. XXCo/XX/XXXX- XX, zo dňa XX.X.XXXX rozsudok súdu prvej inštancie v napadnutej zamietajúcej časti a vo výroku o náhrade trov konania zrušil a vec vrátil na ďalšie konanie. 3. Pokiaľ ide o stručný obsah napadnutého rozhodnutia (§ 393 ods. 2 C.s.p.), súd prvej inštancie opätovne vykonaným dokazovaním zistil, že strany sporu uzavreli dňa X.X.XXXX úverovú zmluvu č. XXXXXXXXXX, na základe ktorej žalobca poskytol žalovanej úver vo výške X.XXX eur s tým, že žalovaná mala úver vrátiť v XX mesačných splátkach po XXX,XX eura bez uvedenia presného dátumu splatnosti prvej a všetkých ostatných splátok a bez uvedenia dátumu konečnej splatnosti úveru; bol dohodnutý úrok z úveru vo výške XX,XX %, K. od XX,XX % do XX,XX %, priemerná hodnota K. predstavovala XX,XX %. Pri údaji o K. je údaj o tom, že presná hodnota K. závisí na dni poskytnutia úveru a klient súhlasí s tým, že presnú výšku K. mu spoločnosť oznámi po poskytnutí úveru. Celkové náklady žalovanej podľa zmluvy predstavovali X.XXX eur, pričom strany si zmluvne dohodli poplatok za poistenie vo výške X,XX eura. Súčasťou úverovej zmluvy boli úverové zmluvné podmienky, ktoré upravovali podmienky splácania úveru, ako aj sankcie v prípade nedodržania úverovej zmluvy; podľa hlavy 4 § 4 bola žalovaná povinná uhradiť spoločnosti poplatok za poskytnutie úveru, ktorého výška je uvedená v úverovej zmluve; podľa hlavy 5 § 1 bola žalovaná povinná splácať úver riadne a včas v stanovených mesačných splátkach. Jednotlivé splátky sa skladajú z príslušnej časti úverovej istiny, úrokov a úhrady za poistenie, ak nie je v zmluve alebo týchto úverových podmienkach uvedené inak. Z listu zo dňa XX.X.XXXX vyplýva, že v dôsledku omeškania žalovanej so splácaním úveru bola žalovaná vyzvaná žalobcom k splateniu celého úveru čerpaného na základe zmluvy, teda celkovej dlžnej čiastky úveru k uvedenému dňu vo výške X.XXX,XX eura, ktorej splatnosť bola určená XX. dňom odo dňa odoslania tohto listu. 4. Vzhľadom na skutočnosť, že v prejednávanej veci sa jedná o spotrebiteľský úver, na ktorý sa vzťahujú ustanovenia Občianskeho zákonníka, ako aj zákona č. 129/2010 Z.z. o spotrebiteľských úveroch, súd prvej inštancie podrobil I. zmluvu č. XXXXXXXXXX zo dňa X.X.XXXX preskúmaniu z hľadiska obsahových náležitostí podľa § 9 ods. 2 zákona č. 129/2010 a zistil, že úverová zmluva je v rozpore s ustanovením § 11 ods. 1 písm. a) v spojení s § 9 ods. 2, písm. j), y) a tiež s § 11 ods. 1 písm. b) zákona o spotrebiteľských úveroch, nakoľko neobsahuje všetky náležitosti vyžadované citovaným ustanovením, t.j. ročnú percentuálnu mieru nákladov a priemernú hodnotu ročnej percentuálnej miery nákladov. 5. Konštatoval, že zmluva ďalej neobsahuje priemernú hodnotu ročnej percentuálnej miery nákladov na príslušný spotrebiteľský úver platnú ku dňu podpisu zmluvy o spotrebiteľskom úvere zverejnenú podľa § 21 ods. 2 za príslušný kalendárny štvrťrok; platnou priemernou hodnotou ročnej percentuálnej miery nákladov na príslušný spotrebiteľský úver pri zmluvách o spotrebiteľskom úvere uzatvorený do XX kalendárnych dní po zverejnení priemernej hodnoty ročnej percentuálnej miery nákladov za príslušný kalendárny štvrťrok je priemerná hodnota ročnej percentuálnej miery nákladov na príslušný spotrebiteľský úver za predchádzajúci kalendárny štvrťrok [náležitosť podľa § 9 ods. 2 písm. y) citovaného zákona]. V zmluve je uvedená priemerná hodnota ročnej percentuálnej miery nákladov XX,XX %, pričom priemerná hodnota ročnej percentuálnej miery nákladov na príslušný spotrebiteľský úver za predchádzajúci kalendárny štvrťrok platná ku dňu podpisu zmluvy bola XX,XX %. 6. Vzhľadom na konkrétne chýbajúce údaje v úverovej zmluve a tiež na to, že žalovaná úver čerpala, súd prvej inštancie zmluvu o spotrebiteľskom úvere považoval za reálnu, avšak úver posúdil podľa § 11 ods. 1 s odkazom na § 9 ods. 2 písm. j), y) zákona o spotrebiteľských úveroch, ako bezúročný a bez poplatkov. Z uvedeného dôvodu preto pri posudzovaní nároku žalobcu nebral do úvahy poplatky uvedené v zmluve o úvere a zaoberal žalobou len v časti zodpovedajúcej rozdielu medzi výškou čerpaného úveru, t.j. sumou X.XXX eur a sumou XXX eur, ktorú uhradila žalovaná. 7. Súd prvej inštancie ďalej ozrejmil, že zmluvou o úvere sa dlžník zaväzuje vrátiť poskytnuté peňažné prostriedky a zaplatiť úroky. Dohodnuté úroky sú súčasťou peňažného záväzku dlžníka, preto dôsledkom omeškania s ich platením je zo zákona vyplývajúca povinnosť platiť úroky z omeškania, avšak dohodnuté úroky z poskytnutých prostriedkov patria veriteľovi iba do splatnosti jeho dlhu. V prípade, že dôjde k splatnosti (v tomto prípade k predčasnej splatnosti) je dlžník v omeškaní a musí platiť úroky z omeškania, nie však už dohodnuté zmluvné úroky; tento názor vyplýva aj z ustálenej judikatúry (napr. rozhodnutie Najvyššieho súdu SR sp. zn. XObo XXX/XX a rozhodnutie uverejnené pod R XX/XXXX). 8. Na uvedenom základe a s poukazom na § 52 ods. 1, ods. 3, ods. 4, § 53 ods. 1, ods. 5, § 54 ods. 1, ods. 2 Občianskeho zákonníka, § 1 ods. 2, § 9 ods. 1, ods. 2, § 11 ods. 1 zákona č. 129/2010 Z.z., § 3 ods. 1 nariadenia vlády SR č. 87/1995 Z.z., súd prvej inštancie žalobu v zostávajúcej časti istiny vo výške X.XXX,XX eura a kapitalizovaných denných úrokov z omeškania vyčíslených od X.X.XXXX do XX.X.XXXX vo výške XXX,XX eura zamietol. 9. O trovách konania rozhodol súd prvej inštancie v zmysle § 262 ods. 1, § 263 ods. 1 C.s.p. a podľa podľa § 255 ods. 2 C.s.p. upravujúceho zásadu pomerného úspechu v spore tak, že žalobcovi, ktorý bol úspešný v časti o zaplatenie sumy X.XXX eur, t.j. XX,XX %, oproti žalovanej úspešnej v časti o zaplatenie sumy X.XXX,XX eur, t.j. XX,XX %, priznal právo na náhradu XX,XX % (XX,XX % - XX,XX %) účelne vynaložených trov. 10. Proti rozsudku podal žalobca odvolanie a žiadal napadnutý rozsudok súdu prvej inštancie zmeniť a žalobe vyhovieť v časti istiny vo výške XXX eur a priznaním úrokov z omeškania z úveru v uplatnenej výške. Podstatným zhrnutím skutkových tvrdení a právnych argumentov jeho odvolania (§ 393 ods. 2 C.s.p.) bola námietka, že podanou žalobou si uplatnil nárok na zaplatenie kapitalizovaného úroku z omeškania do zosplatnenia vo výške X,XX eura, kapitalizovaného úroku z omeškania od zosplatnenia do spísania návrhu vo výške XXX,XX eura, úroku z omeškania vo výške X,XXX % denne zo sumy X.XXX,XX eura od XX.X.XXXX do dňa zaplatenia; uvedené nároky predstavujú zákonný úrok z omeškania v súlade s § 517 ods. 2 Občianskeho zákonníka a to, že tieto úroky označil ako „kapitalizované“ znamená, že ich vyčíslil presnou sumou ku dňu podania žaloby; kapitalizované úroky z omeškania nie sú úrokmi z úveru, ale sú to zákonné úroky z omeškania v zmysle citovaného ustanovenia. F. úrok z omeškania do zosplatnenia vo výške X,XX eura je úrokom z omeškania za omeškanie s plnením za splátky O. C.; tento nárok priznal žalobcovi súd prvej inštancie rozsudkom č.k. XC/XX/XXXX-XX, zo dňa X.XX.XXXX. F. úrok z omeškania od zosplatnenia do spísania návrhu vo výške XXX,XX eura je úrokom z omeškania vo výške X,XXX % denne zo sumy X.XXX,XX eura od X.X.XXXX (prvý deň omeškania s plnením peňažného dlhu) do XX.X.XXXX (deň čiastočného zaplatenia) a úrokom z omeškania vo výške X,XXX % denne zo sumy X.XXX,XX eura od XX.X.XXXX do XX.X.XXXX (deň vyhotovenia žaloby). Úrok z omeškania vo výške X,XXX % denne zo sumy X.XXX,XX eura od XX.X.XXXX do dňa zaplatenia, je úrokom z omeškania odo dňa nasledujúceho po podaní žaloby. Ozrejmil, že v zmysle § 10c a § 3 ods. 1 nariadenia vlády SR č. 87/1995 Z.z. bol úrok z omeškania vo výške X % (X + X), teda uplatnený úrok z omeškania vo výške X,XXX % denne [X,XX % ročne (X,XXX x XXX dní)], je nižší ako mu zákon priznáva. Súd prvej inštancie tiež nezohľadnil skutočnosť vyplývajúcu z vykonaného dokazovania - splátkového kalendáru, že žalovaná zaplatila iba sumu XXX eur. Vzhľadom na skutočnosť, že súd prvej inštancie aplikoval na predmetnú zmluvu o spotrebiteľskom úvere sankciu bezúročnosti a bezpoplatkovosti poskytnutého úveru, bol povinný nárok žalobcu posúdiť vo vzťahu rozdielu poskytnutých peňažných prostriedkov (t.j. úveru) a vrátených peňažných prostriedkov a v prípade, ak žalovaná neuhradila sumu zodpovedajúcu poskytnutému úveru, bol súd povinný takýto rozdiel priznať žalobcovi. Vzhľadom na skutočnosť, že poskytol žalovanej úver vo výške X.XXX eur a žalovaná celkovo uhradila sumu vo výške XXX eur, bol súd prvej inštancie povinný priznať žalobcovi nárok na sumu vo výške X.XXX eur. 11. Odvolací súd viazaný rozsahom a dôvodmi odvolania (§ 379, § 380 ods. 1 Civilného sporového poriadku, ďalej len „C.s.p.“) preskúmal napadnutý rozsudok, prejednal odvolanie žalobcu bez nariadenia odvolacieho pojednávania podľa § 385 ods. 1 a contrario C.s.p. a dospel k záveru, že rozsudok súdu prvej inštancie je potrebné zmeniť, nakoľko nie sú splnené podmienky na jeho potvrdenie, ani na jeho zrušenie (§ 388 C.s.p.). 12. Právne posúdenie veci je činnosť súdu, spočívajúca v subsumovaní zisteného skutkového stavu pod príslušnú právnu normu, čo vedie k záveru o právach a povinnostiach strán sporu. Právne posúdenie je nesprávne, ak sa súd dopustí pri tejto činnosti omylu, tzn. keď na správne zistený skutkový stav aplikuje nesprávny právny predpis, tiež vtedy, keď síce aplikoval správny právny predpis, ale ho nesprávne interpretoval, alebo ak zo zistených skutočností vyvodil nesprávne právne závery. 13. Súd prvej inštancie svoje zamietajúce rozhodnutie založil aj na argumentácii o nemožnosti súbežného priznania úrokov z omeškania a zmluvných úrokov po vyhlásení predbežnej splatnosti spotrebiteľského úveru (právny záver, že úver je bezúročný a bez poplatkov žalobca v odvolaní nenamietal); odvolací súd v tomto kontexte uvádza, že zmyslom a účelom inštitútu predčasného zosplatnenia úveru je poskytnúť veriteľovi právny inštrument proti dlžníkovi, ktorý neplní záväzok vrátiť veriteľovi poskytnuté peňažné prostriedky a zaplatiť úroky v dohodnutých splátkach; ide o právny inštitút, ktorý je určený na ochranu práv veriteľa. Využitím predmetného inštitútu veriteľom však povinnosť dlžníka vrátiť poskytnuté peňažné prostriedky a zaplatiť úroky nezaniká a veriteľovi nemôže vzniknúť nová pohľadávka (napríklad v zmysle pohľadávky na vydanie bezdôvodného obohatenia). Menia sa iba podmienky, za ktorých je dlžník povinný svoje povinnosti splniť; povinnosť dlžníka vrátiť veriteľovi dlžnú čiastku s úrokmi po predčasnom zosplatnení úveru teda predstavuje záväzok pôvodný, ktorý sa modifikoval vo svojej splatnosti; inými slovami mení sa iba to, že na požiadanie veriteľa sa stáva splatná celá pohľadávka. 14. S poukazom na znenie § 502 ods. 1 veta prvá a § 503 ods. 1 veta prvá Obchodného zákonníka, vyplýva, že ak záväzok dlžníka (hoc aj splatný) vrátiť použité peňažné prostriedky naďalej trvá, pretože nedošlo k jeho zániku splnením/vrátením poskytnutých peňazí (zosplatením úveru záväzok dlžníka vrátiť peňažné prostriedky z poskytnutého úveru nezaniká), naďalej trvá aj jeho povinnosť platiť úroky a to až do vrátenia poskytnutých peňažných prostriedkov; úroky sa stávajú splatnými až dňom vrátenia istiny (iný režim sa uplatní iba v prípade, ak existuje dohoda, ktorá upravuje splatnosť úrokov odlišne od § 503 ods. 1 Obchodného zákonníka). 15. V tejto súvislosti hodno podotknúť, že ak by dlžník nebol povinný po okamihu predčasného zosplatnenia úveru z dôvodu jeho nesplácania platiť veriteľovi úroky, nastala by absurdná situácia; dochádzalo by k finančnej motivácii každého úverového klienta, aby čím skôr prestal riadne splácať svoj úver, pretože od momentu jeho následnej predčasnej splatnosti sa mu bude jeho zostatok úročiť už iba zákonnou sadzbou úroku z omeškania; absolútne by bolo devastované úverové podnikanie bánk, pretože banka úverové prostriedky späť vrátené nemá a ich úročenie je iba na základe svojvoľného nesplácania dlžníkom degradované. Bolo by celkom popreté, že úroky z úveru sú vo svojej podstate cena peňažných prostriedkov v zmysle ceny obetovanej príležitosti veriteľa, ktorý tým, že nemá istinu úveru k dispozícii, nemôže s touto nakladať a produkovať zisk, ktorý pokrýva veriteľovi práve úrok z úveru. Dlžník by sa v prípade nesplácania úveru ocitol vo výhodnejšom postavení než by bol v prípade riadneho splácania úveru a veriteľ by sa naopak využitím inštitútu, ktorý slúži na ochranu jeho práv, dostal do nevýhodnejšieho postavenia, než v akom bol pred využitím svojho práva. Takýto výklad a aplikáciu platných právnych noriem je potrebné odmietnuť ako absurdný a narúšajúci ekonomické základy fungovania právnych vzťahov súvisiacich s poskytovaním úverov. 16. V posudzovanej veci však omyl súdu prvej inštancie v aplikácii práva spočíva v nesprávnom stotožnení kapitalizovaných úrokov s úrokmi po zosplatnení úveru, ako to správne v odvolaní namietal žalobca; je totiž nepochybné, že podanou žalobou si žalobca uplatnil (aj) nárok na zaplatenie vyčísleného (v žalobe označeného ako kapitalizovaného) úroku z omeškania do zosplatnenia úveru vo výške X,XX eura, vyčísleného úroku z omeškania od zosplatnenia úveru do spísania žaloby (t.j. od X.X.XXXX do XX.X.XXXX) vo výške XXX,XX eura, úroku z omeškania vo výške X,XXX % denne (t.j. X,XX % ročne) zo sumy X.XXX,XX eura od XX.X.XXXX do dňa zaplatenia; právne závery súdu prvej inštancie, na podklade ktorých súd prvej inštancie zamietol žalobu z dôvodu nemožnosti súbehu nároku na zaplatenie úroku z omeškania a zmluvného úroku po zosplatnení úveru, tak boli nesprávne. 17. Vo vzťahu k zvyšku žalobou uplatnenej istiny vo výške X.XXX,XX eura, t.j. rozdielu medzi istinou vo výške X.XXX,XX eura uplatnenou žalobou a istinou vo výške X.XXX eur priznanou v poradí prvým rozsudkom súdu prvej inštancie, zo zisteného skutkového stavu súdom prvej inštancie zároveň vyplynulo, že žalovaná z istiny vo výške X.XXX eur poskytnutého úveru zaplatila žalobcovi iba sumu XXX eur a to konkrétne dňa XX.X.XXXX. 18. Na uvedenom základe odvolací súd napadnutý rozsudok súdu prvej inštancie podľa § 388 C.s.p. zmenil a žalovanej uložil povinnosť zaplatiť žalobcovi sumu XXX eur (rozdiel medzi poskytnutou výškou úveru X.XXX eur a istinou priznanou v poradí prvým rozsudkom súdu prvej inštancie vo výške X.XXX eur), úrok z omeškania vo výške X,XX % ročne zo sumy X.XXX eur od X.X.XXXX do XX.X.XXXX, úrok z omeškania vo výške X,XX % ročne zo sumy X.XXX eur od XX.X.XXXX do XX.X.XXXX, úrok z omeškania vo výške X,XX % ročne zo sumy X.XXX eur odo dňa XX.X.XXXX do dňa zaplatenia (rozdiel medzi uplatneným úrokom z omeškania vo výške X,XX % ročne z istiny vo výške X.XXX eur a úrokom z omeškania vo výške X,X % ročne z istiny vo výške X.XXX eur priznanej v poradí prvým rozsudkom súdu prvej inštancie), úrok z omeškania vo výške X,XX % ročne zo sumy XXX eur od dňa XX.X.XXXX do zaplatenia, všetko do troch dní od právoplatnosti rozsudku a žalobu vo zvyšnej časti zamietol; vychádzajúc pritom v celom rozsahu zo skutkového stavu zisteného súdom prvej inštancie, ktorým je viazaný (§ 383 C.s.p.) a ktorý po právnej stránke posúdil inak a preto nemusel opakovať, príp. dopĺňať dokazovanie. 19. O nároku na náhradu trov konania pred súdom prvej inštancie ako aj odvolacieho konania odvolací súd rozhodol podľa § 396 ods. 1, ods. 2 C.s.p. v spojení s § 255 ods. 1 C.s.p. a § 262 ods. 1 C.s.p. tak, že žalobcovi priznal proti žalovanej nárok na náhradu trov konania v rozsahu XX,XX %, nakoľko mal vo veci čiastočný úspech, vychádzajúc zo žalobou uplatnenej istiny vo výške X.XXX,XX eura a priznanou istinou vo výške X.XXX eur; žalobca tak mal čistý úspech vo výške XX,XX % (úspech žalobcu vo výške XX,XX % - úspech žalovanej vo výške XX,XX %). 20. Toto rozhodnutie prijal senát Krajského súdu v Bratislave pomerom hlasov X:X.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https://www.kauzis.sk/judikatura/r/ECLI:SK:KSBA:2020:1613206282.2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