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16Co/159/2018 z 14. 12. 2020</w:t>
      </w:r>
    </w:p>
    <w:p>
      <w:r>
        <w:t>Opravné uznesenie Krajského súdu Bratislava z 14. decembra 2020, sp. zn. 16Co/159/2018, ECLI:SK:KSBA:2020:1711211436.2</w:t>
      </w:r>
    </w:p>
    <w:p>
      <w:r>
        <w:t>Súd: Krajský súd Bratislava</w:t>
      </w:r>
    </w:p>
    <w:p>
      <w:r>
        <w:t>Spisová značka: 16Co/159/2018</w:t>
      </w:r>
    </w:p>
    <w:p>
      <w:r>
        <w:t>ECLI: ECLI:SK:KSBA:2020:1711211436.2</w:t>
      </w:r>
    </w:p>
    <w:p>
      <w:r>
        <w:t>Dátum vydania: 14. 12. 2020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16Co/159/2018 Identifikačné číslo súdneho spisu: 1711211436 Dátum vydania rozhodnutia: 15. 12. 2020 Meno a priezvisko sudcu, VSÚ: JUDr. Roman Majerský ECLI: ECLI:SK:KSBA:2020:1711211436.2 Opravné uznesenie Krajský súd v Bratislave v senáte zloženom z predsedu senátu JUDr. Romana Majerského a sudcov JUDr. Ing. Maria Dubaňa a JUDr. Ivany Štiftovej, v spore žalobcu: Wüstenrot poisťovňa, a.s., Karadžičova 17, Bratislava, IČO: 31 383 408, zastúpeného advokátom Mgr. Miroslavom Vilímom, Michalská 9, Bratislava, proti žalovanej: M. G., nar. XX.X.XXXX, Ž. XXXX/XX, B., o zaplatenie 215,22 eura s prísl., takto r o z h o d o l : Odvolací súd opravuje záhlavie rozsudku č.k. 16Co/159/2018-107, zo dňa 26.3.2019, v časti označenia žalovanej tak, že namiesto „. K., Z.. XX.X.XXXX, F. X/X, Q. má správne znieť „.M. G., Z.. XX.X.XXXX, Ž. XXXX/XX, B.. o d ô v o d n e n i e : 1. Súd prvej inštancie predložil vec Krajskému súdu v Bratislave na rozhodnutie o oprave záhlavia rozsudku č.k. 16Co/159/2018-107, zo dňa 26.3.2019, v časti označenia žalovanej. Z obsahu spisu totiž vyplýva, že žalovaná v čase vyhlásenia rozsudku odvolacieho súdu mala priezvisko G. a adresa jej trvalého bydliska bola na ulici Ž. XXXX/XX, B.. 2. Podľa § 224 C.s.p. súd kedykoľvek aj bez návrhu opraví v rozsudku chyby v písaní a počítaní, ako aj iné zrejmé nesprávnosti. O oprave súd vydá opravné uznesenie, ktoré doručí subjektom konania. 3. Vzhľadom na uvedené odvolací súd opravil inú zrejmú nesprávnosť v písomnom vyhotovení rozsudku č.k. 16Co/159/2018-107, zo dňa 26.3.2019. 4.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https://www.kauzis.sk/judikatura/r/ECLI:SK:KSBA:2020:1711211436.2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