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7Sa/11/2017 z 9. 3. 2020</w:t>
      </w:r>
    </w:p>
    <w:p>
      <w:r>
        <w:t>Uznesenie Krajského súdu Bratislava z 9. marca 2020, sp. zn. 7Sa/11/2017, ECLI:SK:KSBA:2020:5016200981.2</w:t>
      </w:r>
    </w:p>
    <w:p>
      <w:r>
        <w:t>Súd: Krajský súd Bratislava</w:t>
      </w:r>
    </w:p>
    <w:p>
      <w:r>
        <w:t>Spisová značka: 7Sa/11/2017</w:t>
      </w:r>
    </w:p>
    <w:p>
      <w:r>
        <w:t>ECLI: ECLI:SK:KSBA:2020:5016200981.2</w:t>
      </w:r>
    </w:p>
    <w:p>
      <w:r>
        <w:t>Dátum vydania: 9. 3.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7Sa/11/2017 Identifikačné číslo súdneho spisu: 5016200981 Dátum vydania rozhodnutia: 10. 03. 2020 Meno a priezvisko sudcu, VSÚ: JUDr. Beata Jurgošová ECLI: ECLI:SK:KSBA:2020:5016200981.2 Uznesenie Krajský súd v Bratislave v právnej veci žalobcu: Q.. R. B., nar. XX.XX.XXXX, bytom X. XX/XX, XXX XX V., proti žalovanému: Sociálna poisťovňa, ústredie, Ul. 29. augusta 8 - 10, 813 63 Bratislava, o správnej žalobe proti nečinnosti orgánu verejnej správy, takto r o z h o d o l : Krajský súd v Bratislave konanie z a s t a v u j e. Žiaden z účastníkov n e m á p r á v o na náhradu trov konania. o d ô v o d n e n i e : 1. Dňa 13.02.2017 bola Krajskému súdu v Bratislave (ďalej aj ako „správny súd“ alebo „tunajší súd“) postúpená uznesením Krajského súdu v Žiline č. k. 24Sa/102/2016-11 zo dňa 19.01.2017 správna žaloba proti nečinnosti orgánu verejnej správy zo dňa 27.12.2016, ktorou sa žalobca domáhal, aby žalovaný rozhodol rozhodnutím o písomnej žiadosti žalobcu zo dňa 17.08.2016. 2. Podaním zo dňa 09.03.2020, doručeným správnemu súdu dňa 09.03.2020, vzal žalobca správnu žalobu zo dňa 27.12.2016 v celom rozsahu späť. 3. Podľa § 63 zákona č. 162/2015 Z. z. Správny súdny poriadok (ďalej len „SSP“),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4. Podľa § 99 písm. a) SSP, správny súd konanie uznesením zastaví, ak žalobca vzal žalobu späť skôr, ako správny súd vo veci rozhodol. 5. Vzhľadom na citované zákonné ustanovenia a s poukazom na vyššie uvedené skutočnosti, správny súd rozhodol tak, ako je uvedené vo výrokovej časti tohto rozhodnutia. 6. O náhrade trov konania rozhodol správny súd podľa § 170 písm. b) SSP, podľa ktorého žiaden z účastníkov nemá právo na náhradu trov konania, ak konanie bolo zastavené. Poučenie: Proti tomuto uzneseniu možno podať kasačnú sťažnosť v lehote jedného mesiaca od jeho doručenia na Krajský súd v Bratislave. Lehota na podanie kasačnej sťažnosti je zachovaná, ak počas nej bola kasačná sťažnosť podaná na kasačnom súde (§ 444 ods. 2 SSP). V kasačnej sťažnosti sa musí okrem všeobecných náležitostí podania podľa § 57 SSP uviesť označenie napadnutého rozhodnutia, údaj kedy napadnuté rozhodnutie bolo sťažovateľovi doručené, opísanie rozhodujúcich skutočností, aby bolo zrejmé, v akom rozsahu a z akých dôvodov podľa § 440 SSP sa podáva a návrh výroku rozhodnutia. Sťažnostné body možno meniť len do uplynutia lehoty na podanie kasačnej sťažnosti (§ 445 ods. 1, 2 SSP).</w:t>
      </w:r>
    </w:p>
    <w:p/>
    <w:p>
      <w:r>
        <w:t>Zdroj: KAUZIS.SK – https://www.kauzis.sk/judikatura/r/ECLI:SK:KSBA:2020:5016200981.2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