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5NcC/3/2020 z 27. 2. 2020</w:t>
      </w:r>
    </w:p>
    <w:p>
      <w:r>
        <w:t>Uznesenie Krajského súdu Bratislava z 27. februára 2020, sp. zn. 5NcC/3/2020, ECLI:SK:KSBA:2020:7819203666.2</w:t>
      </w:r>
    </w:p>
    <w:p>
      <w:r>
        <w:t>Súd: Krajský súd Bratislava</w:t>
      </w:r>
    </w:p>
    <w:p>
      <w:r>
        <w:t>Spisová značka: 5NcC/3/2020</w:t>
      </w:r>
    </w:p>
    <w:p>
      <w:r>
        <w:t>ECLI: ECLI:SK:KSBA:2020:7819203666.2</w:t>
      </w:r>
    </w:p>
    <w:p>
      <w:r>
        <w:t>Dátum vydania: 27. 2.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5NcC/3/2020 Identifikačné číslo súdneho spisu: 7819203666 Dátum vydania rozhodnutia: 28. 02. 2020 Meno a priezvisko sudcu, VSÚ: JUDr Janka Richterová ECLI: ECLI:SK:KSBA:2020:7819203666.2 Uznesenie Krajský súd v Bratislave v senáte zloženom z predsedníčky senátu JUDr. Jany Richterovej a členov senátu JUDr. Juraja Považana a JUDr. Milana Chalupku v konaní o osvojenie o mal. dieťa: L. Q., M.. XX.X.XXXX, Q. J. L.: I. P., M.. XX.X.XXXX, Q. Q., D.Č. Č.. XX, G.: G. Q., M.. XX.XX.XXXX, Q. W. T., Y.. P. Č.. XX, Č. D., G. M. L. P., M.. XX.X.XXXX, Q. Q., D. Č.. XX, zastúpeného JUDr. Hedvigou Gallovou, advokátkou so sídlom v Bratislave, Račianska č. 66, na osvojenie mal. dieťaťa, o nesúhlase s prenesením miestnej príslušnosti, vedenej na Okresnom súde Bratislava III pod sp. zn. 37P/35/2020, takto r o z h o d o l : Na prejednanie a rozhodnutie veci je miestne príslušný Okresný súd Bratislava III. o d ô v o d n e n i e : 1.Okresný súd Rožňava vo veci osvojenia mal. L. Q. uznesením zo dňa 30. januára 2020 č. k. 7P/317/2019-35 preniesol príslušnosť na Okresný súd Bratislava III podľa § 5 a § 112 ods. 1 a 2 CMP po zistení zmien okolností, podľa ktorých sa posudzuje miestna príslušnosť, spočívajúcich v zmene bydliska maloletej z obvodu súdu na adresu v obvode Okresného súdu Bratislava III (spoločné bydlisko navrhovateľa a maloletej na adrese Q., D. E.. po dobu piatich rokov). 2. Okresný súd Bratislava III s prenesením príslušnosti nesúhlasil z dôvodu, že vo veciach osvojenia je daná výlučná príslušnosť súdu podľa bydliska dieťaťa (určeného zákonným spôsobom) v čase začatia konania, pritom matka i dieťa v čase začatia konania mali trvalé bydlisko v obvode Okresného súdu Rožňava na J. D., B.Á. Č.. XX. 3. Konanie vo veciach osvojenia sa uskutočňuje na súde, príslušnosť ktorého sa určuje podľa okolností v čase začatia konania, pričom takto určená príslušnosť trvá až do skončenia konania. Zákon v konaniach vo veciach osvojenia za miestne príslušný určuje v záujme dieťaťa ten súd, v ktorého obvode má dieťa v čase začatia konania bydlisko určené dohodou rodičov alebo iným zákonným spôsobom (§ 136 CMP). Bydliskom je nutné rozumieť miesto, v ktorom sa účastník reálne zdržuje v úmysle trvale sa tam zdržovať, nie jeho adresa trvalého pobytu v registri obyvateľov. 4. Z obsahu spisu vyplýva, že v čase začatia konania o osvojenie dňa 10.12.2019 sa mal. L. Q. zdržiavala v obvode Okresného súdu Bratislava III na adrese D. E.. Č.. XX spoločne s matkou a navrhovateľom (jej manželom), nepochybne s úmyslom trvale sa tam zdržiavať, keďže v blízkosti bydliska navštevovala i základnú školu, matka najmenej od r. 2014 pracuje v Bratislave a s navrhovateľom (i s trvalým pobytom v obvode Okresného súdu Bratislava III) žijú v spoločnej domácnosti po pomerne dlhý čas piatich rokov. S ohľadom na súhlas otca s osvojením niet dôvodu pochybovať, že rodičia sa dohodli na bydlisku mal. dieťaťa na adrese, na ktorej sa v obvode Okresného súdu Bratislava III zdržuje. 5. Nadriadený súd dospel k záveru, že ustanovenie § 112 ods. 2 CMP o prenesení miestnej príslušnosti, systematicky zaradené v piatom diele Civilného mimosporového poriadku, sa vzťahuje iba na konania, upravené v tomto diele a nemožno ich aplikovať na konania vo veciach osvojenia. Nová právna úprava Civilného mimosporového poriadku vo veciach osvojenia v siedmom diele (§ 135 a nasl. CMP, konanie o zverenie maloletého do predosvojiteľskej starostlivosti, konanie o osvojiteľnosti, konanie o osvojenie), neupravuje inštitút prenesenia miestnej príslušnosti. Pre prenesenie príslušnosti v týchto konaniach preto neexistuje právny základ. Civilný mimosporový poriadok však pozná inštitút postúpenia veci podľa § 6 ods. 1, pri aplikácii ktorého súd, ktorému bola vec postúpená, rovnako ako súd, na ktorý bola miestna príslušnosť prenesená podľa § 112 ods. 2, môže v prípade nesúhlasu s postúpením podľa § 6 ods.2 predložiť vec nadriadenému súdu na rozhodnutie o miestnej príslušnosti. 6. Nadriadený súd sa zhoduje so závermi Okresného súdu Rožňava o tom, že bydlisko maloletej sa v čase začatia konania o osvojenie nachádzalo a naďalej nachádza v obvode Okresného súdu Bratislava III. Preto napriek procesnému pochybeniu tohto súdu, ktorý namiesto rozhodnutia o prenesení príslušnosti podľa § 112 ods. 2 CMP mal vec postúpiť Okresnému súdu Bratislava III podľa § 6 ods. 1 CMP, rozhodol o miestnej príslušnosti Okresného súdu Bratislava III s ohľadom na záujem dieťaťa a poskytnutie materiálnej ochrany jeho práv. 7. Nadriadený súd akcentuje, že nerozhodoval o miestnej príslušnosti súdu v konaniach vo veciach starostlivosti súdu o maloletých podľa 5. dielu CMP (§ 111), toto rozhodnutie sa vzťahuje výlučne na konanie o osvojení maloletej podľa dielu 7 (§ 135 písm. b/). CMP, iniciovanom návrhom manžela matky dieťaťa. 8. Rozhodnutie bolo prijaté senátom nadriadeného súdu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https://www.kauzis.sk/judikatura/r/ECLI:SK:KSBA:2020:7819203666.2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