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5Scud/51/2012 z 26. 10. 2021</w:t>
      </w:r>
    </w:p>
    <w:p>
      <w:r>
        <w:t>Uznesenie Krajského súdu Bratislava z 26. októbra 2021, sp. zn. 5Scud/51/2012, ECLI:SK:KSBA:2021:1012201281.3</w:t>
      </w:r>
    </w:p>
    <w:p>
      <w:r>
        <w:t>Súd: Krajský súd Bratislava</w:t>
      </w:r>
    </w:p>
    <w:p>
      <w:r>
        <w:t>Spisová značka: 5Scud/51/2012</w:t>
      </w:r>
    </w:p>
    <w:p>
      <w:r>
        <w:t>ECLI: ECLI:SK:KSBA:2021:1012201281.3</w:t>
      </w:r>
    </w:p>
    <w:p>
      <w:r>
        <w:t>Dátum vydania: 26. 10. 2021</w:t>
      </w:r>
    </w:p>
    <w:p>
      <w:r>
        <w:t>Forma: Uznesenie</w:t>
      </w:r>
    </w:p>
    <w:p>
      <w:pPr>
        <w:pStyle w:val="Heading2"/>
      </w:pPr>
      <w:r>
        <w:t>Text rozhodnutia</w:t>
      </w:r>
    </w:p>
    <w:p>
      <w:r>
        <w:t>Súd: Krajský súd Bratislava Spisová značka: 5Scud/51/2012 Identifikačné číslo súdneho spisu: 1012201281 Dátum vydania rozhodnutia: 27. 10. 2021 Meno a priezvisko sudcu, VSÚ: JUDr. Blanka Malichová ECLI: ECLI:SK:KSBA:2021:1012201281.3 Uznesenie Krajský súd v Bratislave v právnej veci navrhovateľky: W. B. (pôvodne W.), nar. XX.XX.XXXX, bytom J. č. XXX, XXX XX E. I., E. Y. proti odporkyni: W. poisťovňa ústredie, Ul. 29. augusta 8-10, Bratislava, v konaní o invalidný dôchodok, o preskúmanie rozhodnutia správneho orgánu vo veci dôchodkového poistenia č. XXX XXX XXXX X zo dňa 16. apríla 2012, na späťvzatie opravného prostriedku, takto r o z h o d o l : Konanie z a s t a v u j e . Žiaden z účastníkov n e m á právo na náhradu trov konania. o d ô v o d n e n i e : 1. Navrhovateľka opravným prostriedkom zo dňa 29.04.2011 a Krajskému súdu v Bratislave (ďalej iba „súd“) doručeným prostredníctvom odporkyne dňa 06.07.2012, žiadala preskúmať rozhodnutie odporkyne číslo XXX XXX XXXX X zo dňa 16.04.2012, ktorým jej podľa ust. § 70 a § 71 zák. č. 461/2003 Z.z. o sociálnom poistení, zamietla žiadosť o invalidný dôchodok zo dňa 04.10.2011. 2. Písomným podaním doručeným súdu dňa 25.10.2021 oznámila navrhovateľka súdu, že na návrhu netrvá a konanie žiada uzavrieť. 3. Podľa § 491 ods. 1 Správneho súdneho poriadku č. 162/2015 Z.z. (ďalej laj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99/1963 Zb. (ďalej aj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Podľa ustanovenia § 246c ods. 1 prvej vety O.s.p., pre riešenie otázok, ktoré nie sú priamo upravené v tejto časti, sa použijú primerane ustanovenia prvej, tretej a štvrtej časti tohto zákona. 12. Krajský súd v Bratislave, so zreteľom na dispozitívny úkon navrhovateľky, ktorým vzala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(ust. § 246c ods. 1 veta prvá O.s.p.). 13. V zmysle jeho ustanovení postupoval aj pri rozhodovaní o trovách konania a nakoľko odporkyni trovy konania nevznikli, o ich náhrade rozhodol podľa ust. § 146 ods. 1 písm. c/ v spojení s § 246c ods. 1 veta prvá O.s.p. a žiadnemu z účastníkov právo na náhradu trov konania nepriznal. Poučenie: Proti tomuto uzneseniu je možné podať odvolanie do 15 dní odo dňa jeho doručenia na Krajskom súde v Bratislave.</w:t>
      </w:r>
    </w:p>
    <w:p/>
    <w:p>
      <w:r>
        <w:t>Zdroj: KAUZIS.SK – https://www.kauzis.sk/judikatura/r/ECLI:SK:KSBA:2021:1012201281.3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