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2S/266/2015 z 18. 5. 2021</w:t>
      </w:r>
    </w:p>
    <w:p>
      <w:r>
        <w:t>Uznesenie Krajského súdu Bratislava z 18. mája 2021, sp. zn. 2S/266/2015, ECLI:SK:KSBA:2021:1015201992.7</w:t>
      </w:r>
    </w:p>
    <w:p>
      <w:r>
        <w:t>Súd: Krajský súd Bratislava</w:t>
      </w:r>
    </w:p>
    <w:p>
      <w:r>
        <w:t>Spisová značka: 2S/266/2015</w:t>
      </w:r>
    </w:p>
    <w:p>
      <w:r>
        <w:t>ECLI: ECLI:SK:KSBA:2021:1015201992.7</w:t>
      </w:r>
    </w:p>
    <w:p>
      <w:r>
        <w:t>Dátum vydania: 18. 5. 2021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2S/266/2015 Identifikačné číslo súdneho spisu: 1015201992 Dátum vydania rozhodnutia: 19. 05. 2021 Meno a priezvisko sudcu, VSÚ: JUDr. Vlastimil Pavlikovský ECLI: ECLI:SK:KSBA:2021:1015201992.7 Uznesenie Krajský súd v Bratislave, v právnej veci žalobcov: 1. L.. M. C., X. O. XXX/XX, Z., 2. O.. L. X., W. XXX/ XXX, O., 3. L.. V. O., B. X, N., 4. L.. M. H., A. XXXXX/X, A., 5. O. Ž., zomrelý dňa XX.XX.XXXX, naposledy bytom R. XX, A., všetci žalobcovia právne zastúpení: Advokátska kancelária POTOMA &amp; Co., s.r.o., so sídlom Panenská 5, 811 03 Bratislava, IČO: 36 861 898, proti žalovanému: Pirátska strana - Slovensko, politická strana, so sídlom Pri pšeničnej bráne 495/31, 900 43 Hamuliakovo, IČO: 42 228 034, v konaní o preskúmanie zákonnosti uznesení snemu žalovaného zo dňa 01.11.2015 a zo dňa 10.11.2015, o oprave uznesenia Krajského súdu v Bratislave zo dňa 12.12.2018, takto r o z h o d o l : I. Krajský súd v Bratislave o p r a v u j e chybne uvedený dátum vydania uznesenia Krajského súdu v Bratislave č. k. 2S/266/15-167, 2S 281/15-167 zo dňa 12.12.2018: - z nesprávne uvedeného dátumu vydania predmetného uznesenia „12.12.2019“ tak, že správny dátum jeho vydania je „12.12.2018“. II. Krajský súd v Bratislave o p r a v u j e v záhlaví uznesenia Krajského súdu v Bratislave č. k. 2S/266/15-167, 2S 281/15-167 zo dňa 12.12.2018 chybne uvedené obchodné meno a sídlo právneho zástupcu žalobcov: - z nesprávneho označenia „POTOMA &amp; Co., s.r.o., Palisády 56, Bratislava“ tak, že správne znenie obchodného mena a sídla právneho zástupcu žalobcov je „Advokátska kancelária POTOMA &amp; Co., s.r.o., so sídlom Panenská 5, 811 03 Bratislava“. III. Vo zvyšku zostáva uznesenie Krajského súdu v Bratislave č. k. 2S/266/15-167, 2S 281/15-167 zo dňa 12.12.2018 nezmenené. o d ô v o d n e n i e : 1. Pri písomnom vyhotovovaní uznesenia Krajského súdu v Bratislave (ďalej aj ako „správny súd“ alebo „tunajší súd“) č. k. 2S/266/15-167, 2S 281/15-167 zo dňa 12.12.2018 došlo k zrejmej nesprávnosti spočívajúcej v chybe pri písaní, keď správny súd v písomnom vyhotovení uznesenia chybne (nesprávne) uviedol dátum jeho vydania „12.12.2019“, pričom správne mal byť uvedený deň vydania „12.12.2018“. Správny súd v záhlaví písomného vyhotovenia uznesenia zo dňa 12.12.2018 uviedol nesprávne označenie obchodného mena a sídla právneho zástupcu žalobcov. Správne znenie obchodného mena a sídla právneho zástupcu žalobcov je: „Advokátska kancelária POTOMA &amp; Co., s.r.o., so sídlom Panenská 5, 811 03 Bratislava“. 2. Podľa § 149 ods. 1 zákona č. 162/2015 Z. z. Správny súdny poriadok v znení neskorších predpisov (ďalej len „SSP“), v písomnom vyhotovení uznesenia sa uvedie označenie správneho súdu, ktorý ho vydal, označenie účastníkov konania a veci, výrok, odôvodnenie, poučenie o opravnom prostriedku a deň a miesto vydania uznesenia. 3. Podľa § 143 SSP, správny súd kedykoľvek aj bez návrhu opraví v rozsudku chyby v písaní a počítaní, ako aj iné zrejmé nesprávnosti. O oprave vydá opravné uznesenie, ktoré doručí osobám uvedeným v § 142 ods. 1. Podľa § 142 ods. 1 SSP, rozsudok sa doručuje účastníkom konania, osobám zúčastneným na konaní a zainteresovanej verejnosti, prípadne ich zástupcom, do vlastných rúk. Podľa ust. § 147 ods. 2 SSP, ak nie je ďalej ustanovené inak, použijú sa na uznesenie primerane ustanovenia o rozsudku vrátane ustanovenia § 139 ods. 4 a § 141. 4. Vzhľadom na zrejmú nesprávnosť spočívajúcu v chybách pri písaní v písomnom vyhotovení uznesenia Krajského súdu v Bratislave č. k. 2S/266/15-167, 2S 281/15-167 zo dňa 12.12.2018 v záhlaví rozsudku v často označenia právneho zástupcu žalobcov a v časti týkajúcej sa dátumu vydania predmetného uznesenia, správny súd v súlade s ust. § 143 SSP rozhodol tak, ako je uvedené vo výrokovej časti tohto uznesenia. 5. Toto rozhodnutie senát Krajského súdu v Bratislave prijal pomerom hlasov 3:0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https://www.kauzis.sk/judikatura/r/ECLI:SK:KSBA:2021:1015201992.7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