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6Sa/72/2017 z 23. 8. 2021</w:t>
      </w:r>
    </w:p>
    <w:p>
      <w:r>
        <w:t>Uznesenie Krajského súdu Bratislava z 23. augusta 2021, sp. zn. 6Sa/72/2017, ECLI:SK:KSBA:2021:1017201384.2</w:t>
      </w:r>
    </w:p>
    <w:p>
      <w:r>
        <w:t>Súd: Krajský súd Bratislava</w:t>
      </w:r>
    </w:p>
    <w:p>
      <w:r>
        <w:t>Spisová značka: 6Sa/72/2017</w:t>
      </w:r>
    </w:p>
    <w:p>
      <w:r>
        <w:t>ECLI: ECLI:SK:KSBA:2021:1017201384.2</w:t>
      </w:r>
    </w:p>
    <w:p>
      <w:r>
        <w:t>Dátum vydania: 23. 8. 2021</w:t>
      </w:r>
    </w:p>
    <w:p>
      <w:r>
        <w:t>Forma: Uznesenie</w:t>
      </w:r>
    </w:p>
    <w:p>
      <w:pPr>
        <w:pStyle w:val="Heading2"/>
      </w:pPr>
      <w:r>
        <w:t>Text rozhodnutia</w:t>
      </w:r>
    </w:p>
    <w:p>
      <w:r>
        <w:t>Súd: Krajský súd Bratislava Spisová značka: 6Sa/72/2017 Identifikačné číslo súdneho spisu: 1017201384 Dátum vydania rozhodnutia: 24. 08. 2021 Meno a priezvisko sudcu, VSÚ: Mgr. Mgr. Miriam Plavčáková ECLI: ECLI:SK:KSBA:2021:1017201384.2 Uznesenie Krajský súd v Bratislave, v právnej veci žalobkyne: F. Q., narodená dňa XX.XX.XXXX, bytom Q. XXXX/ XXA, proti žalovanému: Sociálna poisťovňa, ústredie, so sídlom 29.augusta 8-10, Bratislava, IČO: 30 807 484, o preskúmanie zákonnosti generálneho rozhodnutia žalovaného č. XXX XXX XXXX X zo dňa 2.6.2017, takto r o z h o d o l : I. Súd konanie zastavuje. II. Žiaden z účastníkov nemá právo na náhradu trov konania. o d ô v o d n e n i e : 1. Správnou žalobou, doručenou súdu dňa 14.8.2017, sa pôvodný žalobca domáhal preskúmania zákonnosti rozhodnutia generálneho riaditeľa žalovaného č. XXX XXX XXXX X zo dňa 2.6.2017. 2. Skôr ako súd o podanej správnej žalobe rozhodol, pôvodný žalobca zomrel. 3. Procesné nástupníctvo po pôvodnom žalobcovi je založené na ustanovení § 118 ods. 1 zákona č. 461/2003 Z. z. o sociálnom poistení (ak fyzická osoba, ktorá splnila podmienky nároku na dávku, zomrela po uplatnení nároku na dávku a nároku na jej výplatu, prechádzajú nároky na sumy splatné ku dňu smrti tejto fyzickej osoby postupne na manžela (manželku), deti a rodičov) a § 107 ods. 1 Občianskeho súdneho poriadku (Ak účastník stratí spôsobilosť byť účastníkom konania skôr, ako sa konanie právoplatne skončilo, súd posúdi podľa povahy veci, či má konanie zastaviť alebo prerušiť alebo či môže v ňom pokračovať.) 4. O procesnom nástupníctve po pôvodnom žalobcovi súd rozhodol uznesením č.k. 6Sa/72/2017-61 zo dňa 24.6.2021 tak, že procesným nástupcom pôvodného žalobcu sa stala jeho manželka. 5. Súčasná žalobkyňa na výzvu súdu oznámila súdu podaním zo dňa 21.07.2021, že na podanej správnej žalobe netrvá. Súd toto podanie podľa obsahu vyhodnotil ako späťvzatie správnej žaloby. 6.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7. Podľa § 170 SSP, žiaden z účastníkov konania nemá právo na náhradu trov konania, ak a) žaloba bola odmietnutá, b) konanie bolo zastavené, c) konanie bolo začaté na základe žaloby prokurátora, d) ide o konanie o kompetenčnej žalobe. 8. Pretože žalobkyňa vzala žalobu späť v celom rozsahu, správny súd konanie podľa § 63 SSP konanie zastavil. 9. O trovách konania súd rozhodol podľa § 170 písm. b) SSP, podľa ktorého žiaden z účastníkov nemá právo na náhradu trov konania podľa výsledku, ak bolo konanie zastavené. Poučenie: Proti tomuto rozhodnutiu je prípustná kasačná sťažnosť. Prípadná kasačná sťažnosť musí byť podaná v lehote jedného mesiaca od doručenia rozhodnutia a podáva sa na Krajskom súde v Bratislave v počte vyhotovení, zodpovedajúcom počtu účastníkov konania. (§ 443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w:t>
      </w:r>
    </w:p>
    <w:p/>
    <w:p>
      <w:r>
        <w:t>Zdroj: KAUZIS.SK – https://www.kauzis.sk/judikatura/r/ECLI:SK:KSBA:2021:1017201384.2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