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4Sa/89/2017 z 6. 12. 2021</w:t>
      </w:r>
    </w:p>
    <w:p>
      <w:r>
        <w:t>Uznesenie Krajského súdu Bratislava z 6. decembra 2021, sp. zn. 4Sa/89/2017, ECLI:SK:KSBA:2021:1017201809.1</w:t>
      </w:r>
    </w:p>
    <w:p>
      <w:r>
        <w:t>Súd: Krajský súd Bratislava</w:t>
      </w:r>
    </w:p>
    <w:p>
      <w:r>
        <w:t>Spisová značka: 4Sa/89/2017</w:t>
      </w:r>
    </w:p>
    <w:p>
      <w:r>
        <w:t>ECLI: ECLI:SK:KSBA:2021:1017201809.1</w:t>
      </w:r>
    </w:p>
    <w:p>
      <w:r>
        <w:t>Dátum vydania: 6. 12. 2021</w:t>
      </w:r>
    </w:p>
    <w:p>
      <w:r>
        <w:t>Forma: Uznesenie</w:t>
      </w:r>
    </w:p>
    <w:p>
      <w:pPr>
        <w:pStyle w:val="Heading2"/>
      </w:pPr>
      <w:r>
        <w:t>Text rozhodnutia</w:t>
      </w:r>
    </w:p>
    <w:p>
      <w:r>
        <w:t>Súd: Krajský súd Bratislava Spisová značka: 4Sa/89/2017 Identifikačné číslo súdneho spisu: 1017201809 Dátum vydania rozhodnutia: 07. 12. 2021 Meno a priezvisko sudcu, VSÚ: JUDr. Zuzana Široká ECLI: ECLI:SK:KSBA:2021:1017201809.1 Uznesenie Krajský súd v Bratislave v právnej veci žalobkyne: P. U., nar. XX.XX.XXXX, bytom U. XXX/XX, XXX XX X., kontaktná adresa: L. B. 4, XXX XX P., proti žalovanej: Sociálna poisťovňa - ústredie, so sídlom ul. 29. augusta 8-10, Bratislava, v konaní o invalidný dôchodok, takto r o z h o d o l : I. Konanie z a s t a v u j e . II. Vec p o s t u p u j e Generálnemu riaditeľovi Sociálnej poisťovne. III. Žiaden z účastníkov konania nemá právo náhradu trov konania. o d ô v o d n e n i e : 1. Krajskému súdu v Bratislave (ďalej len „správny súd“) bolo dňa 27.10.2017 doručené podanie žalobkyne označené ako Opravný prostriedok proti rozhodnutiu Ústredia Sociálnej poisťovne zo dňa 19.09.2017, ktorým jej bola zamietnutá žiadosť o invalidný dôchodok. 2. Z obsahu súdneho spisu súd zistil, že žalobkyňa podala opravný prostriedok proti neprávoplatnému rozhodnutiu o nepriznaní invalidného dôchodku na Krajský súd Bratislava. Toto potvrdil aj žalovaný, ktorý vo vyjadrení z 15.01.2018 uviedol, že žiada konanie na krajskom súde zastaviť a odvolanie účastníčky postúpiť Sociálnej poisťovni, ústredie, vzhľadom na to, že s účinnosťou od 01.07.2016 o odvolaní proti rozhodnutiu Sociálnej poisťovne o dôchodkových dávkach rozhoduje generálny riaditeľ Sociálnej poisťovne. 3. Podľa § 97 SSP, ak tento zákon neustanovuje inak, správny súd kedykoľvek počas konania prihliada na to, či sú splnené podmienky, za ktorých môže správny súd konať a rozhodnúť.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6. Podľa § 18 ods. 1 SSP, ak správny súd zistí, že vec nepatrí do právomoci súdov, konanie zastaví; ak možno zistiť iný orgán, do ktorého právomoci vec patrí, správny súd mu vec po zastavení konania uznesením postúpi. 7. Podľa § 99 písm. b/ SSP, správny súd konanie uznesením zastaví, ak zistil taký nedostatok procesnej podmienky konania, ktorý nemožno odstrániť, a nebol dôvod na odmietnutie žaloby podľa § 98 ods. 1. 8. Podľa § 124 zákona o sociálnom poistení, organizačné zložky Sociálnej poisťovne sú ústredie a pobočky. 9. V zmysle § 179 ods. 1 písm. a/ bod 1., do pôsobnosti ústredia patrí rozhodovať v prvom stupni o dôchodkových dávkach. 10. Podľa § 214 ods. 1 zákona o sociálnom poistení, proti rozhodnutiu organizačnej zložky Sociálnej poisťovne má účastník konania právo podať odvolanie, ak tento zákon neustanovuje inak alebo ak sa účastník konania nevzdal odvolania písomne alebo ústne do zápisnice. 11. Podľa § 215 ods. 1 prvá veta zákona o sociálnom poistení, odvolanie sa podáva na organizačnej zložke Sociálnej poisťovne, ktorá napadnuté rozhodnutie vydala. Odvolanie proti rozhodnutiu vo veciach uvedených v § 179 ods. 1 písm. a/ prvom bode až treťom bode možno podať aj v inej organizačnej zložke Sociálnej poisťovne. 12. Podľa § 215 ods. 2 zákona o sociálnom poistení, odvolanie možno podať v lehote do 30 dní odo dňa oznámenia rozhodnutia; odvolanie proti rozhodnutiu vo veciach uvedených v § 178 ods. 1 písm. a/ ôsmom bode a deviatom bode možno podať v lehote do 15 dní odo dňa oznámenia rozhodnutia. 13. Podľa § 215 ods. 4 zákona o sociálnom poistení, o odvolaní proti rozhodnutiu ústredia rozhoduje generálny riaditeľ. 14. Právomoc správneho súdu konať a rozhodnúť v konkrétnej právnej veci je jednou z podmienok súdneho konania. Súd po prijatí žaloby skúma, či sa v prípade rozhodnutia, ktoré má byť predmetom súdneho prieskumu nejedná o rozhodnutie, ktoré podľa § 7 SSP nemá právomoc preskúmať. Uvedený nedostatok právomoci je tzv. neodstrániteľnou prekážkou konania, ktorej procesným následkom môže byť výlučne zastavenie konania. Ak správny súd zistí iný orgán, do ktorého právomoci vec patrí, tomuto orgánu po zastavení konania vec postúpi. 15. Zo žalobkyňou podaného odvolania a jeho príloh správny súd zistil, že na konanie a rozhodnutie v uvedenej právnej veci nemá právomoc, pretože žalobkyňa pred podaním žaloby nevyčerpala riadny opravný prostriedok proti rozhodnutiu žalovanej, ktorého použitie jej ukladá ust. § 214 ods. 1 zákona o sociálnom poistení, pričom o možnosti jeho podania bola riadne poučená v napadnutom rozhodnutí. 16. Súd zistil, že predmetná vec nepatrí do jeho právomoci, preto konanie zastavil a keďže rozhodovanie o riadnom opravnom prostriedku podanom proti rozhodnutiam žalovanej patrí podľa § 215 ods. 4 zákona o sociálnom poistení do právomoci Generálneho riaditeľa Sociálnej poisťovne, vec mu podľa § 18 ods. 1 SSP postúpil. 17. O trovách konania súd rozhodol s poukazom na § 170 písm. b/ SSP. Poučenie: Proti tomuto uzneseniu kasačná sťažnosť nie je prípustná (§ 439 od. 2 písm. d/ SSP).</w:t>
      </w:r>
    </w:p>
    <w:p/>
    <w:p>
      <w:r>
        <w:t>Zdroj: KAUZIS.SK – https://www.kauzis.sk/judikatura/r/ECLI:SK:KSBA:2021:1017201809.1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