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6Sa/19/2018 z 17. 1. 2021</w:t>
      </w:r>
    </w:p>
    <w:p>
      <w:r>
        <w:t>Opravné uznesenie Krajského súdu Bratislava z 17. januára 2021, sp. zn. 6Sa/19/2018, ECLI:SK:KSBA:2021:1018200313.3</w:t>
      </w:r>
    </w:p>
    <w:p>
      <w:r>
        <w:t>Súd: Krajský súd Bratislava</w:t>
      </w:r>
    </w:p>
    <w:p>
      <w:r>
        <w:t>Spisová značka: 6Sa/19/2018</w:t>
      </w:r>
    </w:p>
    <w:p>
      <w:r>
        <w:t>ECLI: ECLI:SK:KSBA:2021:1018200313.3</w:t>
      </w:r>
    </w:p>
    <w:p>
      <w:r>
        <w:t>Dátum vydania: 17. 1. 2021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6Sa/19/2018 Identifikačné číslo súdneho spisu: 1018200313 Dátum vydania rozhodnutia: 18. 01. 2021 Meno a priezvisko sudcu, VSÚ: JUDr. Marta Barková ECLI: ECLI:SK:KSBA:2021:1018200313.3 Opravné uznesenie Krajský súd v Bratislave pred samosudkyňou v právnej veci žalobcu: Ing. X. K., nar. XX.XX.XXXX, Y. č. XXX/X, Y. proti žalovanému: Ústredie práce, sociálnych vecí a rodiny, Špitálska 8, 812 67 Bratislava, o preskúmanie zákonnosti rozhodnutia žalovaného Č. j. UPS/US1/SSVOPHNSSD/SOC/2018/3726-0002 Km zo dňa 16.02.2018, takto r o z h o d o l : Krajský súd v Bratislave v rozsudku č. k. 6Sa/19/2018-51 opravuje chybu v písaní a to nesprávne uvedenie dátumu vyhlásenia rozsudku „10.11.2018“, ktorý správne znie nasledovne: „10.10.2018“. o d ô v o d n e n i e : 1. Krajský súd v Bratislave (ďalej aj ako „správny súd“) v právnej veci žalobcu - Ing. X. K., nar. XX.XX.XXXX, Y. č. XXX/X, Y. (ďalej len ako „žalobca“) proti žalovanému - Ústredie práce, sociálnych vecí a rodiny, Špitálska 8, 812 67 Bratislava, o preskúmanie zákonnosti rozhodnutia žalovaného Č. j. UPS/US1/SSVOPHNSSD/SOC/2018/3726-0002 Km zo dňa 16.02.2018, rozhodol rozsudkom č. k. 6Sa/19/2018 - 51 zo dňa 10.10.2018. 2. Najvyšší súd Slovenskej republiky rozsudkom č. k. 7Sžsk/6/2019 - 79 zo dňa 26.08.2020, rozhodol o kasačnej sťažnosti žalobcu tak, že ju zamietol, s tým, že v odôvodnení rozsudku uviedol, že zo zápisnice z pojednávania vyplýva, že rozsudok bol vyhlásený 10.10.2018, avšak v písomnom vyhotovení rozsudku je uvedený nesprávny dátum jeho vyhlásenia, a to „10.11.2018“. Preto Najvyšší súd Slovenskej republiky dal do pozornosti správneho súdu, aby uvedenú chybu v písaní po doručení rozsudku, opravil postupom v zmysle ustanovenia § 143 Správneho súdneho poriadku (ďalej len ako „SSP“). 3. Podľa § 143 SSP, správny súd kedykoľvek aj bez návrhu opraví v rozsudku chyby v písaní a počítaní, ako aj iné zrejmé nesprávnosti. O oprave vydá opravné uznesenie, ktoré doručí osobám uvedeným v § 142 ods. 1. 4. Podľa § 147 ods. 2 SSP, ak nie je ďalej ustanovené inak, použijú sa na uznesenie primerane ustanovenia o rozsudku vrátane ustanovenia § 139 ods. 4 a § 141. 5. Správny súd postupoval v zmysle záverov Najvyššieho súdu Slovenskej republiky, a preto vykonal predmetnú opravu v rozsudku č. k. 6Sa/19/2018 - 51 a v zmysle ustanovenia § 143 SSP v spojení s ustanovením § 147 ods. 2 SSP uvedenú chybu opravil. Poučenie: Proti tomuto uzneseniu nie je prípustná kasačná sťažnosť (§ 439 ods. 2 písm. a) SSP).</w:t>
      </w:r>
    </w:p>
    <w:p/>
    <w:p>
      <w:r>
        <w:t>Zdroj: KAUZIS.SK – https://www.kauzis.sk/judikatura/r/ECLI:SK:KSBA:2021:1018200313.3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