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2S/50/2018 z 8. 2. 2021</w:t>
      </w:r>
    </w:p>
    <w:p>
      <w:r>
        <w:t>Opravné uznesenie Krajského súdu Bratislava z 8. februára 2021, sp. zn. 2S/50/2018, ECLI:SK:KSBA:2021:1018200428.3</w:t>
      </w:r>
    </w:p>
    <w:p>
      <w:r>
        <w:t>Súd: Krajský súd Bratislava</w:t>
      </w:r>
    </w:p>
    <w:p>
      <w:r>
        <w:t>Spisová značka: 2S/50/2018</w:t>
      </w:r>
    </w:p>
    <w:p>
      <w:r>
        <w:t>ECLI: ECLI:SK:KSBA:2021:1018200428.3</w:t>
      </w:r>
    </w:p>
    <w:p>
      <w:r>
        <w:t>Dátum vydania: 8. 2. 2021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2S/50/2018 Identifikačné číslo súdneho spisu: 1018200428 Dátum vydania rozhodnutia: 09. 02. 2021 Meno a priezvisko sudcu, VSÚ: JUDr. Vlastimil Pavlikovský ECLI: ECLI:SK:KSBA:2021:1018200428.3 Opravné uznesenie Krajský súd v Bratislave v právnej veci žalobcu: Hampi s.r.o., so sídlom Šulekova 2, Bratislava, IČO: 35 870 371, zastúpeného: VGD Legal s.r.o., so sídlom Moskovská 13, Bratislava, IČO: 51 019 957, proti žalovanému: Finančné riaditeľstvo Slovenskej republiky, so sídlom Lazovná 63, Banská Bystrica, o preskúmanie zákonnosti rozhodnutia žalovaného č. 100186699/2018 zo dňa 22.01.2018, takto r o z h o d o l : I. Krajský súd v Bratislave o p r a v u j e v záhlaví rozsudku Krajského súdu v Bratislave č. k. 2S/50/2018-51 zo dňa 29.04.2020: - obchodné meno a sídlo žalobcu z nesprávne uvedeného „Hammerl Aviation Laundry Services s.r.o., so sídlom M. R. Štefánika 2760/106, Malacky“ tak, že správne označenie obchodného mena a sídla žalobcu je „Hampi s.r.o., so sídlom Šulekova 2, Bratislava“. II. Vo zvyšku zostáva rozsudok Krajského súdu v Bratislave č. k. 2S/50/2018-51 zo dňa 29.04.2020 nezmenený. o d ô v o d n e n i e : Pri vyhotovovaní rozsudku Krajského súdu v Bratislave (ďalej aj ako „správny súd“ alebo „tunajší súd“) č. k. 2S/50/2018-51 zo dňa 29.04.2020 došlo k zrejmej nesprávnosti spočívajúcej v chybe pri písaní, keď správny súd v úvodnej časti (v záhlaví) písomného vyhotovenia rozsudku chybne (nesprávne) uviedol znenie obchodného mena a sídla žalobcu. Podľa výpisu z Obchodného registra Okresného súdu Bratislava I došlo dňa 27. októbra 2018 ku zmene obchodného mena žalobcu a dňa 17. apríla 2018 ku zmene jeho sídla, pričom v čase vydania rozsudku Krajského súdu v Bratislave (29. apríla 2020) mal tento v obchodnom registri zapísané obchodné meno „Hampi s.r.o.“ a sídlo „Šulekova 2, v Bratislave“. 2. Podľa § 143 zákona č. 162/2015 Z. z. Správny súdny poriadok v znení neskorších predpisov (ďalej len ako „SSP“), správny súd kedykoľvek aj bez návrhu opraví v rozsudku chyby v písaní a počítaní, ako aj iné zrejmé nesprávnosti. O oprave vydá opravné uznesenie, ktoré doručí osobám uvedeným v § 142 ods. 1. Podľa § 142 ods. 1 SSP, rozsudok sa doručuje účastníkom konania, osobám zúčastneným na konaní a zainteresovanej verejnosti, prípadne ich zástupcom, do vlastných rúk. Podľa ust. § 147 ods. 2 SSP, ak nie je ďalej ustanovené inak, použijú sa na uznesenie primerane ustanovenia o rozsudku vrátane ustanovenia § 139 ods. 4 a § 141. 3. Podľa § 139 ods. 1 SSP, v písomnom vyhotovení rozsudku sa po slovách „V mene Slovenskej republiky“ uvedie označenie správneho súdu, mená a priezviská sudcov rozhodujúcich vo veci, presné označenie účastníkov konania a ich zástupcov, účasť prokurátora, označenie prejednávanej veci, znenie výroku, odôvodnenie, poučenie o prípustnosti kasačnej sťažnosti, o lehote na podanie kasačnej sťažnosti, o náležitostiach kasačnej sťažnosti, o povinnom zastúpení advokátom v kasačnom konaní alebo o neprípustnosti opravného prostriedku, deň a miesto vyhlásenia. 4. Vzhľadom na zrejmú nesprávnosť spočívajúcu v chybe pri písaní záhlavia rozsudku Krajského súdu v Bratislave č. k. 2S/50/2018-51 zo dňa 29.04.2020, správny súd v súlade s ust. § 143 SSP rozhodol tak, ako je uvedené vo výrokovej časti tohto uznesenia. 5. Toto rozhodnutie senát Krajského súdu v Bratislave prijal pomerom hlasov 3 : 0 (§ 139 ods. 4 v spojení s § 147 ods. 2 SSP). Poučenie: Proti tomuto uzneseniu možno podať kasačnú sťažnosť v lehote 30 dní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https://www.kauzis.sk/judikatura/r/ECLI:SK:KSBA:2021:1018200428.3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