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2S/176/2018 z 29. 6. 2021</w:t>
      </w:r>
    </w:p>
    <w:p>
      <w:r>
        <w:t>Opravné uznesenie Krajského súdu Bratislava z 29. júna 2021, sp. zn. 2S/176/2018, ECLI:SK:KSBA:2021:1018201487.2</w:t>
      </w:r>
    </w:p>
    <w:p>
      <w:r>
        <w:t>Súd: Krajský súd Bratislava</w:t>
      </w:r>
    </w:p>
    <w:p>
      <w:r>
        <w:t>Spisová značka: 2S/176/2018</w:t>
      </w:r>
    </w:p>
    <w:p>
      <w:r>
        <w:t>ECLI: ECLI:SK:KSBA:2021:1018201487.2</w:t>
      </w:r>
    </w:p>
    <w:p>
      <w:r>
        <w:t>Dátum vydania: 29. 6. 2021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2S/176/2018 Identifikačné číslo súdneho spisu: 1018201487 Dátum vydania rozhodnutia: 30. 06. 2021 Meno a priezvisko sudcu, VSÚ: JUDr. Michal Dzurdzík PhD. ECLI: ECLI:SK:KSBA:2021:1018201487.2 Opravné uznesenie Krajský súd v Bratislave v právnej veci žalobcu: Ing. Miloš Gotzmann - Labužník, so sídlom Jána Kalinčiaka 2590/4, 071 01 Michalovce, IČO: 17 303 664, právne zastúpený: JUDr. Miroslav Katunský - advokát, AK so sídlom Floriánska č. 16, 040 01 Košice, proti žalovanému: Ministerstvo dopravy, výstavby a regionálneho rozvoja Slovenskej republiky, so sídlom Námestie slobody č. 6, 810 05 Bratislava, v konaní o preskúmanie zákonnosti rozhodnutia žalovaného číslo: 24354/2018/SVS/66160, rozhodnutie ministra č.: 71/2018 zo dňa 31.08.2018, o oprave rozsudku Krajského súdu v Bratislave zo dňa 05.08.2020, takto r o z h o d o l : I. Krajský súd v Bratislave o p r a v u j e v záhlaví rozsudku Krajského súdu v Bratislave č. k. 2S/176/2018-43 zo dňa 05.08.2020 označenie preskúmavaného rozhodnutia žalovaného: z nesprávne uvedeného „č.: 71/2018 zo dňa 31.08.2018“ tak, že správne znie: „číslo: 24354/2018/SVS/66160, rozhodnutie ministra č.: 71/2018 zo dňa 31.08.2018“. II. Krajský súd v Bratislave o p r a v u j e v prvom bode odôvodnenia rozsudku Krajského súdu v Bratislave č. k. 2S/176/2018-43 zo dňa 05.08.2020 označenie preskúmavaného rozhodnutia žalovaného: z nesprávne uvedeného „č.: 71/2018 zo dňa 31.08.2018“ tak, že správne znie: „číslo: 24354/2018/SVS/66160, rozhodnutie ministra č.: 71/2018 zo dňa 31.08.2018“. III. Vo zvyšku zostáva rozsudok Krajského súdu v Bratislave č. k. 2S/176/2018-43 zo dňa 05.08.2020 nezmenený. o d ô v o d n e n i e : 1. Pri vyhotovovaní rozsudku Krajského súdu v Bratislave (ďalej aj ako „správny súd“ alebo „tunajší súd“) č. k. 2S/176/2018-43 zo dňa 05.08.2020 došlo k zrejmej nesprávnosti spočívajúcej v chybe pri písaní, keď tunajší súd v písomnom vyhotovení rozsudku nesprávne uviedol označenie preskúmavaného rozhodnutia žalovaného (v úvodnej časti a v prvom bode odôvodnenia), a to podľa ust. § 139 ods. 1 zákona č. 162/2015 Z. z. Správny súdny poriadok v znení neskorších predpisov (ďalej len ako „SSP“). Správny súd v predmetnom správnom súdnom konaní preskúmaval rozhodnutie žalovaného „číslo: 24354/2018/SVS/66160, rozhodnutie ministra č.: 71/2018 zo dňa 31.08.2018“. 2. Podľa § 143 SSP, správny súd kedykoľvek aj bez návrhu opraví v rozsudku chyby v písaní a počítaní, ako aj iné zrejmé nesprávnosti. O oprave vydá opravné uznesenie, ktoré doručí osobám uvedeným v § 142 ods. 1. Podľa § 142 ods. 1 SSP, rozsudok sa doručuje účastníkom konania, osobám zúčastneným na konaní a zainteresovanej verejnosti, prípadne ich zástupcom, do vlastných rúk. Podľa ust. § 147 ods. 2 SSP, ak nie je ďalej ustanovené inak, použijú sa na uznesenie primerane ustanovenia o rozsudku vrátane ustanovenia § 139 ods. 4 a § 141. 3. Podľa § 139 ods. 1 SSP,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4. Vzhľadom na zrejmú nesprávnosť spočívajúcu v chybách pri písaní v úvodnej časti a v prvom bode odôvodnenia rozsudku Krajského súdu v Bratislave č. k. 2S/176/2018-43 zo dňa 05.08.2020, v časti týkajúcej sa označenia preskúmavaného rozhodnutia žalovaného, správny súd v súlade s ust. § 143 SSP rozhodol tak, ako je uvedené vo výrokovej časti tohto uznesenia. 5. Toto rozhodnutie senát Krajského súdu v Bratislave prijal pomerom hlasov 3 : 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https://www.kauzis.sk/judikatura/r/ECLI:SK:KSBA:2021:1018201487.2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