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1S/171/2018 z 22. 6. 2021</w:t>
      </w:r>
    </w:p>
    <w:p>
      <w:r>
        <w:t>Uznesenie Krajského súdu Bratislava z 22. júna 2021, sp. zn. 1S/171/2018, ECLI:SK:KSBA:2021:1018201676.2</w:t>
      </w:r>
    </w:p>
    <w:p>
      <w:r>
        <w:t>Súd: Krajský súd Bratislava</w:t>
      </w:r>
    </w:p>
    <w:p>
      <w:r>
        <w:t>Spisová značka: 1S/171/2018</w:t>
      </w:r>
    </w:p>
    <w:p>
      <w:r>
        <w:t>ECLI: ECLI:SK:KSBA:2021:1018201676.2</w:t>
      </w:r>
    </w:p>
    <w:p>
      <w:r>
        <w:t>Dátum vydania: 22. 6. 2021</w:t>
      </w:r>
    </w:p>
    <w:p>
      <w:r>
        <w:t>Forma: Uznesenie</w:t>
      </w:r>
    </w:p>
    <w:p>
      <w:pPr>
        <w:pStyle w:val="Heading2"/>
      </w:pPr>
      <w:r>
        <w:t>Text rozhodnutia</w:t>
      </w:r>
    </w:p>
    <w:p>
      <w:r>
        <w:t>Súd: Krajský súd Bratislava Spisová značka: 1S/171/2018 Identifikačné číslo súdneho spisu: 1018201676 Dátum vydania rozhodnutia: 23. 06. 2021 Meno a priezvisko sudcu, VSÚ: Mgr. Kristína Kellerová ECLI: ECLI:SK:KSBA:2021:1018201676.2 Uznesenie Krajský súd v Bratislave v právnej veci žalobcu: L E H O R, spol. s r.o., Lietavská 16, 851 06 Bratislava, IČO: 35 754 524, zastúpený: WITT&amp;KLEIM ADVOKÁTSKA KANCELÁRIA S.R.O., Horná 65/A, 974 01 Banská Bystrica, IČO: 47 257 164, proti žalovanému: Finančné riaditeľstvo Slovenskej republiky, Lazovná 63, 974 01 Banská Bystrica, v konaní o preskúmanie zákonnosti rozhodnutia žalovaného č. 102210716/2018 zo dňa 09.11.2018, o zastavení konania pre nezaplatenie súdneho poplatku za žalobu, takto r o z h o d o l : I. Krajský súd v Bratislave konanie z a s t a v u j e . II. Žalovanému sa právo na náhradu trov konania n e p r i z n á v a. o d ô v o d n e n i e : 1. Žalobou doručenou Krajskému súdu v Bratislave (ďalej aj ako „správny súd“ alebo „tunajší súd“) dňa 27.11.2018, sa žalobca domáhal preskúmania zákonnosti rozhodnutia žalovaného č. 102210716/2018 zo dňa 09.11.2018, ktorým bolo potvrdené rozhodnutie Daňového úradu Bratislava č. 101723139/2018 zo dňa 05.09.2018 o vyrubení úroku z omeškania v sume XX,XX eura za neodvedenie vybraných preddavkov na daň z príjmov zo závislej činnosti za mesiac december 2013 v ustanovenej lehote a v ustanovenej výške a žiada, aby súd rozhodnutie žalovaného a prvostupňové rozhodnutie zrušil a vec vrátil prvostupňovému orgánu na ďalšie konanie. 2. Nakoľko si žalobca nesplnil poplatkovú povinnosť, ktorá mu vznikla podaním žaloby, a teda nezaplatil súdny poplatok za správnu žalobu spolu s jej podaním, správny súd ho pod následkom zastavenia konania, výzvou č. k. 1S/171/2018-27 zo dňa 07.01.2019, vyzval, aby v lehote 10 dní od doručenia predmetnej výzvy zaplatil súdny poplatok za správnu žalobu vo výške 70,- eur. Súdny poplatok bol žalobcovi vyrubený podľa Položky číslo 10 písm. a) Sadzobníka súdnych poplatkov tvoriaceho prílohu zákona č. 71/1992 Zb. o súdnych poplatkoch a poplatku za výpis z registra trestov v platnom znení (ďalej len „zákon č. 71/1992 Zb.“) v spojení s § 6 ods. 1 a ods. 5 zákona č. 71/1992 Zb. Výzva na zaplatenie súdneho poplatku bola právnemu zástupcovi žalobcu preukázateľne doručená dňa 08.01.2019 (doručenka na č. l. 30 spisu). Posledným dňom lehoty na zaplatenie súdneho poplatku bol deň 18.01.2019 (piatok). Žalobca v uvedenej lehote na výzvu tunajšieho súdu zo dňa 07.01.2019 nereagoval a súdny poplatok nezaplatil, hoci bol poučený o následku nesplnenia poplatkovej povinnosti. V tejto súvislosti správny súd pre úplnosť dodáva, že zákon č. 71/1992 Zb. pri márnom uplynutí lehoty na zaplatenie súdneho poplatku určenej vo výzve podľa § 10 ods. 1 neumožňuje opakované (ďalšie) poskytnutie lehoty na zaplatenie súdneho poplatku, ale s touto skutočnosťou spája zastavenie konania. 3. Podľa § 1 ods. 1 zákona č. 71/1992 Zb., súdne poplatky (ďalej len "poplatky") sa vyberajú za jednotlivé úkony alebo konanie súdov, ak sa vykonávajú na návrh a za úkony orgánov štátnej správy súdov a prokuratúry (ďalej len "poplatkový úkon") uvedené v sadzobníku súdnych poplatkov a poplatku za výpis z registra trestov (ďalej len "sadzobník"), ktorý tvorí prílohu tohto zákona. 4. Podľa § 2 ods. l písm. a) zákona č. 71/1992 Zb., poplatníkom je navrhovateľ poplatkového úkonu, ak je podľa sadzobníka ustanovený poplatok z návrhu. 5. Podľa § 5 ods. l písm. a) zákona č. 71/1992 Zb., poplatková povinnosť vzniká podaním žaloby, návrhu, odvolania, žaloby na obnovu konania, dovolania, kasačnej sťažnosti alebo žiadosti na vykonanie poplatkového úkonu, ak je poplatníkom žalobca alebo navrhovateľ, odvolateľ, ten, kto podal žalobu na obnovu konania, dovolateľ a ten, kto podal kasačnú sťažnosť. 6. Podľa § 8 ods. 1 zákona č. 71/1992 Zb., poplatok za podanie návrhu alebo žiadosti, poplatok za uplatnenie námietky zaujatosti v konkurznom konaní alebo reštrukturalizačnom konaní podľa osobitného predpisu a poplatok za konanie o dedičstve je splatný vznikom poplatkovej povinnosti. 7. Správny súd v súvislosti so vznikom poplatkovej povinnosti poukazuje aj na stabilizovanú judikatúru Európskeho súdu pre ľudské práva, ktorý nikdy nevylučoval možnosť, že záujmy riadneho výkonu justície môžu odôvodňovať zavedenie finančného obmedzenia na prístup jednotlivca k súdu spočívajúceho v súdnom poplatku. Požiadavku zaplatiť súdne poplatky v súdnom konaní nemožno považovať za obmedzenie práva na prístup k súdu, ktoré je nezlučiteľné per se s článkom 6 ods. 1 Dohovoru o ochrane ľudských práv a základných slobôd (napríklad rozsudok vo veci K. v. Poľsko zo dňa 19.6.2011, č. sťažnosti 28249/95, § 54, 60; A. X. de la Torre v. Španielsko zo dňa 19.12.1997, Reports of Judgments and Decisions 1997-VIII, str. 2955, § 33; rozsudok vo veci C. - V. v. Spojené kráľovstvo zo dňa 13.07.1995, Séria A, č. 316-B, str. 80-81, §§ 61 a nasl.). 8. Podľa § 9 ods. 7 veta prvá zákona č. 71/1992 Zb., v konaní pred správnym súdom sa poplatok platí správnemu súdu, ktorý vo veci koná. 9. Podľa § 10 ods. 1 zákona č. 71/1992 Zb., ak nebol zaplatený poplatok splatný podaním žaloby, návrhu na začatie konania, dovolania alebo kasačnej sťažnosti, súd podľa § 9 vyzve poplatníka, aby poplatok zaplatil v lehote, ktorú určí, spravidla v lehote desiatich dní od doručenia výzvy; ak aj napriek výzve poplatok nebol zaplatený v lehote, súd konanie zastaví. O následkoch nezaplatenia poplatku musí byť poplatník vo výzve poučený. 10. Podľa § 10 ods. 3 zákona č. 71/1992 Zb., prvoinštančný súd zruší uznesenie o zastavení konania pre nezaplatenie súdneho poplatku, ak bol súdny poplatok zaplatený v lehote určenej súdom podľa odseku 1 alebo ak sú na to dôvody podľa odseku 2. Prvoinštančný súd zruší uznesenie o zastavení konania pre nezaplatenie súdneho poplatku aj vtedy, ak bolo konanie prerušené podľa osobitného predpisu a správca v ňom pokračuje namiesto poplatníka. 11. Podľa § 14 ods. 3 zákona o súdnych poplatkoch, v sťažnosti proti rozhodnutiu o zastavení súdneho konania pre nezaplatenie súdneho poplatku nemožno namietať skutočnosti, ktoré nastali po uplynutí lehoty na zaplatenie súdneho poplatku. 12. Podľa § 14 ods. 4 zákona o súdnych poplatkoch, v konaní podľa tohto zákona koná a rozhoduje vyšší súdny úradník vrátane rozhodovania o zastavení konania. Sudca v konaní koná a rozhoduje o sťažnostiach proti rozhodnutiam vyššieho súdneho úradníka. Ak sa sťažnosti vyhovie v plnom rozsahu, rozhodnutie nemusí obsahovať odôvodnenie. 13. Zákon č. 71/1992 Zb. spája vznik poplatkovej povinnosti s podaním žaloby, návrhu, odvolania, žaloby na obnovu konania, dovolania, kasačnej sťažnosti alebo žiadosti na vykonanie poplatkového úkonu, ak je poplatníkom žalobca alebo navrhovateľ, odvolateľ, ten, kto podal žalobu na obnovu konania, dovolateľ a ten, kto podal kasačnú sťažnosť (§ 5 ods. 1 písm. a/). Výnimku z poplatkovej povinnosti tvoria prípady uvedené v ustanovení § 4 citovaného zákona (tzv. vecné a osobné oslobodenie od súdnych poplatkov), o ktoré však v predmetnej právnej veci nejde, preto bol žalobca povinný zaplatiť súdny poplatok v správnej výške spolu so správnou žalobou. Ak poplatník (v tomto prípade žalobca) nezaplatí súdny poplatok pri vzniku poplatkovej povinnosti, zákon č. 71/1992 Zb. mu umožňuje zaplatiť súdny poplatok ešte neskôr, a to na základe výzvy súdu podľa § 10 ods. 1, ktorá obsahuje lehotu na zaplatenie súdneho poplatku. Následkom nezaplatenia súdneho poplatku v lehote určenej súdom vo výzve podľa § 10 ods. 1 zákona č. 71/1992 Zb. je zastavenie konania, o čom musí byť poplatník poučený. O následku nezaplatenia súdneho poplatku za žalobu bol žalobca riadne poučený vo výzve č. k. 1S/171/2018-27 zo dňa 07.01.2019, v ktorej mu bola daná zákonná možnosť na dodatočné splnenie poplatkovej povinnosti v lehote určenej správnym súdom. 14. Vzhľadom na to, že zo strany žalobcu nedošlo k splneniu poplatkovej povinnosti za podanú správnu žalobu, pričom ide o skutočnosť, ktorá bráni vecnému vybaveniu žaloby, tunajší súd podľa ust. § 10 ods. 1 zákona č. 71/1992 Zb. konanie pre nezaplatenie súdneho poplatku zastavil. 15. Podľa § 163 zákona č. 162/2015 Z.z. Správny súd poriadok v znení neskorších predpisov (ďalej len „SSP“), trovy konania sú všetky preukázané, odôvodnené a účelne vynaložené výdavky, ktoré vzniknú v súvislosti s uplatňovaním a bránením práva na správnom súde. 16. Podľa § 171 ods. 1 SSP, ak účastník konania procesne zavinil odmietnutie žaloby alebo zastavenie konania, správny súd prizná trovy konania ostatným účastníkom konania. 17. O nároku na náhradu trov konania správny súd rozhodol podľa § 171 ods. 1 SSP, podľa ktorého správny súd prizná trovy konania ostatným účastníkom konania, ak účastník konania procesne zavinil zastavenie konanie. 18. Vo všeobecnosti platí, že náhradu trov konania ovláda zásada úspechu vo veci, ktorá je doplnená zásadou zavinenia. Zásada procesnej zodpovednosti za zavinenie znamená, že trovy konania je povinný platiť ten z účastníkov konania, ktorý zavinil, že vznikli. Zmyslom zásady zavinenia je sankčná náhrada trov konania, ktoré by pri jeho riadnom priebehu nevznikli, uložená rozhodnutím súdu tomu, kto ich vznik zavinil. 19. Správny súd konštatuje, že v predmetnej právnej veci žalobca zavinil zastavenie konania tým, že si nesplnil poplatkovú povinnosť, ktorá mu vznikla podaním žaloby, nereagoval ani na výzvu tunajšieho súdu č.k. 1S/171/2018-27 zo dňa 07.01.2019 na úhradu súdneho poplatku , a teda súdny poplatok za podanú správnu žalobu nezaplatil. Tým zavinil, že o veci nemohlo byť meritórne rozhodnuté a tým zistené, či bola žaloba podaná dôvodne, a preto mu v zásade vznikla povinnosť nahradiť žalovanému trovy konania. Správny súd však žalovanému právo na náhradu trov konania nepriznal, pretože z obsahu spisu vyplýva, že mu žiadne trovy v konaní pred správnym súdom nevznikli. Poučenie: Proti uzneseniu správneho súdu vydanému súdnym úradníkom, ktoré treba doručiť, je prípustná sťažnosť, ak ju SSP nevylučuje. Sťažnosť môže podať účastník konania a osoba zúčastnená na konaní podľa § 41 ods. 2 SSP, ak bolo uznesenie vydané v ich neprospech a to v lehote 15 dní od doručenia uznesenia na správnom súde, ktorý napadnuté uznesenie vydal. O sťažnosti rozhodne správny súd, ktorý napadnuté uznesenie vydal, spravidla bez nariadenia pojednávania. Ak nie je sťažnosť dôvodná, správny súd sťažnosť zamietne. Ak je sťažnosť dôvodná, správny súd napadnuté uznesenie zruší alebo zmení; v prípade zrušenia uznesenia je súdny úradník viazaný právnym názorom správneho súdu (§ 152 a nasl. SSP). V sťažnosti proti rozhodnutiu o zastavení súdneho konania pre nezaplatenie súdneho poplatku nemožno namietať skutočnosti, ktoré nastali po uplynutí lehoty na zaplatenie súdneho poplatku (§ 14 ods. 3 zákona o súdnych poplatkoch).</w:t>
      </w:r>
    </w:p>
    <w:p/>
    <w:p>
      <w:r>
        <w:t>Zdroj: KAUZIS.SK – https://www.kauzis.sk/judikatura/r/ECLI:SK:KSBA:2021:1018201676.2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